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709A4" w14:textId="71928EE4" w:rsidR="005124CB" w:rsidRDefault="005124CB">
      <w:pPr>
        <w:pStyle w:val="Title"/>
        <w:spacing w:line="252" w:lineRule="auto"/>
        <w:jc w:val="center"/>
        <w:rPr>
          <w:rFonts w:ascii="Arial" w:hAnsi="Arial" w:cs="Arial"/>
        </w:rPr>
      </w:pPr>
    </w:p>
    <w:p w14:paraId="101BE830" w14:textId="77777777" w:rsidR="00784CE2" w:rsidRDefault="00784CE2">
      <w:pPr>
        <w:pStyle w:val="Title"/>
        <w:spacing w:line="252" w:lineRule="auto"/>
        <w:jc w:val="center"/>
        <w:rPr>
          <w:rFonts w:ascii="Arial" w:hAnsi="Arial" w:cs="Arial"/>
        </w:rPr>
      </w:pPr>
    </w:p>
    <w:p w14:paraId="664B83F1" w14:textId="77777777" w:rsidR="00CA41FB" w:rsidRDefault="00CA41FB">
      <w:pPr>
        <w:pStyle w:val="Title"/>
        <w:spacing w:line="252" w:lineRule="auto"/>
        <w:jc w:val="center"/>
        <w:rPr>
          <w:rFonts w:ascii="Arial" w:hAnsi="Arial" w:cs="Arial"/>
          <w:sz w:val="32"/>
          <w:szCs w:val="44"/>
        </w:rPr>
      </w:pPr>
    </w:p>
    <w:p w14:paraId="03167109" w14:textId="6E0238D7" w:rsidR="0025372A" w:rsidRPr="00CA41FB" w:rsidRDefault="002479A1">
      <w:pPr>
        <w:pStyle w:val="Title"/>
        <w:spacing w:line="252" w:lineRule="auto"/>
        <w:jc w:val="center"/>
        <w:rPr>
          <w:rFonts w:ascii="Arial" w:hAnsi="Arial" w:cs="Arial"/>
          <w:sz w:val="32"/>
          <w:szCs w:val="44"/>
        </w:rPr>
      </w:pPr>
      <w:r w:rsidRPr="00CA41FB">
        <w:rPr>
          <w:rFonts w:ascii="Arial" w:hAnsi="Arial" w:cs="Arial"/>
          <w:sz w:val="32"/>
          <w:szCs w:val="44"/>
        </w:rPr>
        <w:t>Volunteer Expression of Interest Form</w:t>
      </w:r>
    </w:p>
    <w:p w14:paraId="0EFB0B5D" w14:textId="6EE20580" w:rsidR="0025372A" w:rsidRPr="00A50E14" w:rsidRDefault="002479A1">
      <w:pPr>
        <w:pStyle w:val="Intro"/>
        <w:jc w:val="center"/>
        <w:rPr>
          <w:rFonts w:ascii="Arial" w:hAnsi="Arial" w:cs="Arial"/>
          <w:sz w:val="28"/>
          <w:szCs w:val="32"/>
        </w:rPr>
      </w:pPr>
      <w:r w:rsidRPr="00A50E14">
        <w:rPr>
          <w:rFonts w:ascii="Arial" w:hAnsi="Arial" w:cs="Arial"/>
          <w:b/>
          <w:sz w:val="28"/>
          <w:szCs w:val="32"/>
        </w:rPr>
        <w:t>Fremantle Fijian National Conference 2026 | 1</w:t>
      </w:r>
      <w:r w:rsidR="00273E74" w:rsidRPr="00A50E14">
        <w:rPr>
          <w:rFonts w:ascii="Arial" w:hAnsi="Arial" w:cs="Arial"/>
          <w:b/>
          <w:sz w:val="28"/>
          <w:szCs w:val="32"/>
        </w:rPr>
        <w:t xml:space="preserve"> </w:t>
      </w:r>
      <w:r w:rsidRPr="00A50E14">
        <w:rPr>
          <w:rFonts w:ascii="Arial" w:hAnsi="Arial" w:cs="Arial"/>
          <w:b/>
          <w:sz w:val="28"/>
          <w:szCs w:val="32"/>
        </w:rPr>
        <w:t>-</w:t>
      </w:r>
      <w:r w:rsidR="00273E74" w:rsidRPr="00A50E14">
        <w:rPr>
          <w:rFonts w:ascii="Arial" w:hAnsi="Arial" w:cs="Arial"/>
          <w:b/>
          <w:sz w:val="28"/>
          <w:szCs w:val="32"/>
        </w:rPr>
        <w:t xml:space="preserve"> </w:t>
      </w:r>
      <w:r w:rsidRPr="00A50E14">
        <w:rPr>
          <w:rFonts w:ascii="Arial" w:hAnsi="Arial" w:cs="Arial"/>
          <w:b/>
          <w:sz w:val="28"/>
          <w:szCs w:val="32"/>
        </w:rPr>
        <w:t>4 October 2026</w:t>
      </w:r>
    </w:p>
    <w:tbl>
      <w:tblPr>
        <w:tblW w:w="0" w:type="auto"/>
        <w:jc w:val="center"/>
        <w:tblLook w:val="04A0" w:firstRow="1" w:lastRow="0" w:firstColumn="1" w:lastColumn="0" w:noHBand="0" w:noVBand="1"/>
      </w:tblPr>
      <w:tblGrid>
        <w:gridCol w:w="10358"/>
      </w:tblGrid>
      <w:tr w:rsidR="0025372A" w:rsidRPr="002773AB" w14:paraId="36AF72D6" w14:textId="77777777">
        <w:trPr>
          <w:jc w:val="center"/>
        </w:trPr>
        <w:tc>
          <w:tcPr>
            <w:tcW w:w="10368" w:type="dxa"/>
            <w:tcBorders>
              <w:top w:val="single" w:sz="4" w:space="0" w:color="D7DEE8"/>
              <w:left w:val="single" w:sz="4" w:space="0" w:color="D7DEE8"/>
              <w:bottom w:val="single" w:sz="4" w:space="0" w:color="D7DEE8"/>
              <w:right w:val="single" w:sz="4" w:space="0" w:color="D7DEE8"/>
            </w:tcBorders>
            <w:shd w:val="clear" w:color="auto" w:fill="F2F7F4"/>
            <w:tcMar>
              <w:top w:w="100" w:type="dxa"/>
              <w:left w:w="100" w:type="dxa"/>
              <w:bottom w:w="100" w:type="dxa"/>
              <w:right w:w="100" w:type="dxa"/>
            </w:tcMar>
            <w:vAlign w:val="center"/>
          </w:tcPr>
          <w:p w14:paraId="4FEF9EE4" w14:textId="66FC10DF" w:rsidR="0025372A" w:rsidRPr="002773AB" w:rsidRDefault="002479A1">
            <w:pPr>
              <w:pStyle w:val="BodyText0"/>
              <w:rPr>
                <w:rFonts w:ascii="Arial" w:hAnsi="Arial" w:cs="Arial"/>
              </w:rPr>
            </w:pPr>
            <w:r w:rsidRPr="002773AB">
              <w:rPr>
                <w:rFonts w:ascii="Arial" w:hAnsi="Arial" w:cs="Arial"/>
              </w:rPr>
              <w:t>Thank you for offering to help welcome delegates to this significant Uniting Church gathering in Fremantle. Please complete this form to help us match you with suitable volunteer duties and timeslots. All roles are valuable, welcoming, ushering, children and youth support, and more active practical roles.</w:t>
            </w:r>
          </w:p>
        </w:tc>
      </w:tr>
    </w:tbl>
    <w:p w14:paraId="03D545B3" w14:textId="77777777" w:rsidR="0025372A" w:rsidRPr="002773AB" w:rsidRDefault="002479A1">
      <w:pPr>
        <w:pStyle w:val="Heading2"/>
        <w:spacing w:line="252" w:lineRule="auto"/>
        <w:rPr>
          <w:rFonts w:ascii="Arial" w:hAnsi="Arial" w:cs="Arial"/>
        </w:rPr>
      </w:pPr>
      <w:r w:rsidRPr="002773AB">
        <w:rPr>
          <w:rFonts w:ascii="Arial" w:hAnsi="Arial" w:cs="Arial"/>
        </w:rPr>
        <w:t>1. Personal Details</w:t>
      </w:r>
    </w:p>
    <w:tbl>
      <w:tblPr>
        <w:tblW w:w="0" w:type="auto"/>
        <w:jc w:val="center"/>
        <w:tblLook w:val="04A0" w:firstRow="1" w:lastRow="0" w:firstColumn="1" w:lastColumn="0" w:noHBand="0" w:noVBand="1"/>
      </w:tblPr>
      <w:tblGrid>
        <w:gridCol w:w="2867"/>
        <w:gridCol w:w="7485"/>
      </w:tblGrid>
      <w:tr w:rsidR="0025372A" w:rsidRPr="002773AB" w14:paraId="5ED0E486" w14:textId="77777777">
        <w:trPr>
          <w:jc w:val="center"/>
        </w:trPr>
        <w:tc>
          <w:tcPr>
            <w:tcW w:w="2880" w:type="dxa"/>
            <w:tcBorders>
              <w:top w:val="single" w:sz="6" w:space="0" w:color="C9CDD3"/>
              <w:left w:val="single" w:sz="6" w:space="0" w:color="C9CDD3"/>
              <w:bottom w:val="single" w:sz="6" w:space="0" w:color="C9CDD3"/>
              <w:right w:val="single" w:sz="6" w:space="0" w:color="C9CDD3"/>
            </w:tcBorders>
            <w:shd w:val="clear" w:color="auto" w:fill="EAF3F8"/>
            <w:tcMar>
              <w:top w:w="100" w:type="dxa"/>
              <w:left w:w="100" w:type="dxa"/>
              <w:bottom w:w="100" w:type="dxa"/>
              <w:right w:w="100" w:type="dxa"/>
            </w:tcMar>
            <w:vAlign w:val="center"/>
          </w:tcPr>
          <w:p w14:paraId="27DFA238" w14:textId="77777777" w:rsidR="0025372A" w:rsidRPr="002773AB" w:rsidRDefault="002479A1">
            <w:pPr>
              <w:rPr>
                <w:rFonts w:ascii="Arial" w:hAnsi="Arial" w:cs="Arial"/>
              </w:rPr>
            </w:pPr>
            <w:r w:rsidRPr="002773AB">
              <w:rPr>
                <w:rFonts w:ascii="Arial" w:hAnsi="Arial" w:cs="Arial"/>
                <w:b/>
              </w:rPr>
              <w:t>Full name</w:t>
            </w:r>
          </w:p>
        </w:tc>
        <w:tc>
          <w:tcPr>
            <w:tcW w:w="7488" w:type="dxa"/>
            <w:tcBorders>
              <w:top w:val="single" w:sz="6" w:space="0" w:color="C9CDD3"/>
              <w:left w:val="single" w:sz="6" w:space="0" w:color="C9CDD3"/>
              <w:bottom w:val="single" w:sz="6" w:space="0" w:color="C9CDD3"/>
              <w:right w:val="single" w:sz="6" w:space="0" w:color="C9CDD3"/>
            </w:tcBorders>
            <w:tcMar>
              <w:top w:w="100" w:type="dxa"/>
              <w:left w:w="100" w:type="dxa"/>
              <w:bottom w:w="100" w:type="dxa"/>
              <w:right w:w="100" w:type="dxa"/>
            </w:tcMar>
            <w:vAlign w:val="center"/>
          </w:tcPr>
          <w:p w14:paraId="495F0F0B" w14:textId="77777777" w:rsidR="0025372A" w:rsidRPr="002773AB" w:rsidRDefault="002479A1">
            <w:pPr>
              <w:rPr>
                <w:rFonts w:ascii="Arial" w:hAnsi="Arial" w:cs="Arial"/>
              </w:rPr>
            </w:pPr>
            <w:r w:rsidRPr="002773AB">
              <w:rPr>
                <w:rFonts w:ascii="Arial" w:hAnsi="Arial" w:cs="Arial"/>
              </w:rPr>
              <w:t>____________________________________________________________</w:t>
            </w:r>
          </w:p>
        </w:tc>
      </w:tr>
      <w:tr w:rsidR="0025372A" w:rsidRPr="002773AB" w14:paraId="266B530E" w14:textId="77777777">
        <w:trPr>
          <w:jc w:val="center"/>
        </w:trPr>
        <w:tc>
          <w:tcPr>
            <w:tcW w:w="2880" w:type="dxa"/>
            <w:tcBorders>
              <w:top w:val="single" w:sz="6" w:space="0" w:color="C9CDD3"/>
              <w:left w:val="single" w:sz="6" w:space="0" w:color="C9CDD3"/>
              <w:bottom w:val="single" w:sz="6" w:space="0" w:color="C9CDD3"/>
              <w:right w:val="single" w:sz="6" w:space="0" w:color="C9CDD3"/>
            </w:tcBorders>
            <w:shd w:val="clear" w:color="auto" w:fill="EAF3F8"/>
            <w:tcMar>
              <w:top w:w="100" w:type="dxa"/>
              <w:left w:w="100" w:type="dxa"/>
              <w:bottom w:w="100" w:type="dxa"/>
              <w:right w:w="100" w:type="dxa"/>
            </w:tcMar>
            <w:vAlign w:val="center"/>
          </w:tcPr>
          <w:p w14:paraId="0EDBC61E" w14:textId="6D6F0E0D" w:rsidR="0025372A" w:rsidRPr="002773AB" w:rsidRDefault="002479A1">
            <w:pPr>
              <w:rPr>
                <w:rFonts w:ascii="Arial" w:hAnsi="Arial" w:cs="Arial"/>
              </w:rPr>
            </w:pPr>
            <w:r w:rsidRPr="002773AB">
              <w:rPr>
                <w:rFonts w:ascii="Arial" w:hAnsi="Arial" w:cs="Arial"/>
                <w:b/>
              </w:rPr>
              <w:t xml:space="preserve">Congregation / </w:t>
            </w:r>
            <w:r w:rsidR="00E62ABC" w:rsidRPr="002773AB">
              <w:rPr>
                <w:rFonts w:ascii="Arial" w:hAnsi="Arial" w:cs="Arial"/>
                <w:b/>
              </w:rPr>
              <w:t>F</w:t>
            </w:r>
            <w:r w:rsidRPr="002773AB">
              <w:rPr>
                <w:rFonts w:ascii="Arial" w:hAnsi="Arial" w:cs="Arial"/>
                <w:b/>
              </w:rPr>
              <w:t xml:space="preserve">aith </w:t>
            </w:r>
            <w:r w:rsidR="00E62ABC" w:rsidRPr="002773AB">
              <w:rPr>
                <w:rFonts w:ascii="Arial" w:hAnsi="Arial" w:cs="Arial"/>
                <w:b/>
              </w:rPr>
              <w:t>C</w:t>
            </w:r>
            <w:r w:rsidRPr="002773AB">
              <w:rPr>
                <w:rFonts w:ascii="Arial" w:hAnsi="Arial" w:cs="Arial"/>
                <w:b/>
              </w:rPr>
              <w:t>ommunity</w:t>
            </w:r>
          </w:p>
        </w:tc>
        <w:tc>
          <w:tcPr>
            <w:tcW w:w="7488" w:type="dxa"/>
            <w:tcBorders>
              <w:top w:val="single" w:sz="6" w:space="0" w:color="C9CDD3"/>
              <w:left w:val="single" w:sz="6" w:space="0" w:color="C9CDD3"/>
              <w:bottom w:val="single" w:sz="6" w:space="0" w:color="C9CDD3"/>
              <w:right w:val="single" w:sz="6" w:space="0" w:color="C9CDD3"/>
            </w:tcBorders>
            <w:tcMar>
              <w:top w:w="100" w:type="dxa"/>
              <w:left w:w="100" w:type="dxa"/>
              <w:bottom w:w="100" w:type="dxa"/>
              <w:right w:w="100" w:type="dxa"/>
            </w:tcMar>
            <w:vAlign w:val="center"/>
          </w:tcPr>
          <w:p w14:paraId="204C33C8" w14:textId="77777777" w:rsidR="0025372A" w:rsidRPr="002773AB" w:rsidRDefault="002479A1">
            <w:pPr>
              <w:rPr>
                <w:rFonts w:ascii="Arial" w:hAnsi="Arial" w:cs="Arial"/>
              </w:rPr>
            </w:pPr>
            <w:r w:rsidRPr="002773AB">
              <w:rPr>
                <w:rFonts w:ascii="Arial" w:hAnsi="Arial" w:cs="Arial"/>
              </w:rPr>
              <w:t>____________________________________________________________</w:t>
            </w:r>
          </w:p>
        </w:tc>
      </w:tr>
      <w:tr w:rsidR="0025372A" w:rsidRPr="002773AB" w14:paraId="103B41B9" w14:textId="77777777">
        <w:trPr>
          <w:jc w:val="center"/>
        </w:trPr>
        <w:tc>
          <w:tcPr>
            <w:tcW w:w="2880" w:type="dxa"/>
            <w:tcBorders>
              <w:top w:val="single" w:sz="6" w:space="0" w:color="C9CDD3"/>
              <w:left w:val="single" w:sz="6" w:space="0" w:color="C9CDD3"/>
              <w:bottom w:val="single" w:sz="6" w:space="0" w:color="C9CDD3"/>
              <w:right w:val="single" w:sz="6" w:space="0" w:color="C9CDD3"/>
            </w:tcBorders>
            <w:shd w:val="clear" w:color="auto" w:fill="EAF3F8"/>
            <w:tcMar>
              <w:top w:w="100" w:type="dxa"/>
              <w:left w:w="100" w:type="dxa"/>
              <w:bottom w:w="100" w:type="dxa"/>
              <w:right w:w="100" w:type="dxa"/>
            </w:tcMar>
            <w:vAlign w:val="center"/>
          </w:tcPr>
          <w:p w14:paraId="7E5DF9ED" w14:textId="77777777" w:rsidR="0025372A" w:rsidRPr="002773AB" w:rsidRDefault="002479A1">
            <w:pPr>
              <w:rPr>
                <w:rFonts w:ascii="Arial" w:hAnsi="Arial" w:cs="Arial"/>
              </w:rPr>
            </w:pPr>
            <w:r w:rsidRPr="002773AB">
              <w:rPr>
                <w:rFonts w:ascii="Arial" w:hAnsi="Arial" w:cs="Arial"/>
                <w:b/>
              </w:rPr>
              <w:t>Email</w:t>
            </w:r>
          </w:p>
        </w:tc>
        <w:tc>
          <w:tcPr>
            <w:tcW w:w="7488" w:type="dxa"/>
            <w:tcBorders>
              <w:top w:val="single" w:sz="6" w:space="0" w:color="C9CDD3"/>
              <w:left w:val="single" w:sz="6" w:space="0" w:color="C9CDD3"/>
              <w:bottom w:val="single" w:sz="6" w:space="0" w:color="C9CDD3"/>
              <w:right w:val="single" w:sz="6" w:space="0" w:color="C9CDD3"/>
            </w:tcBorders>
            <w:tcMar>
              <w:top w:w="100" w:type="dxa"/>
              <w:left w:w="100" w:type="dxa"/>
              <w:bottom w:w="100" w:type="dxa"/>
              <w:right w:w="100" w:type="dxa"/>
            </w:tcMar>
            <w:vAlign w:val="center"/>
          </w:tcPr>
          <w:p w14:paraId="764A01FD" w14:textId="77777777" w:rsidR="0025372A" w:rsidRPr="002773AB" w:rsidRDefault="002479A1">
            <w:pPr>
              <w:rPr>
                <w:rFonts w:ascii="Arial" w:hAnsi="Arial" w:cs="Arial"/>
              </w:rPr>
            </w:pPr>
            <w:r w:rsidRPr="002773AB">
              <w:rPr>
                <w:rFonts w:ascii="Arial" w:hAnsi="Arial" w:cs="Arial"/>
              </w:rPr>
              <w:t>____________________________________________________________</w:t>
            </w:r>
          </w:p>
        </w:tc>
      </w:tr>
      <w:tr w:rsidR="0025372A" w:rsidRPr="002773AB" w14:paraId="709B2275" w14:textId="77777777">
        <w:trPr>
          <w:jc w:val="center"/>
        </w:trPr>
        <w:tc>
          <w:tcPr>
            <w:tcW w:w="2880" w:type="dxa"/>
            <w:tcBorders>
              <w:top w:val="single" w:sz="6" w:space="0" w:color="C9CDD3"/>
              <w:left w:val="single" w:sz="6" w:space="0" w:color="C9CDD3"/>
              <w:bottom w:val="single" w:sz="6" w:space="0" w:color="C9CDD3"/>
              <w:right w:val="single" w:sz="6" w:space="0" w:color="C9CDD3"/>
            </w:tcBorders>
            <w:shd w:val="clear" w:color="auto" w:fill="EAF3F8"/>
            <w:tcMar>
              <w:top w:w="100" w:type="dxa"/>
              <w:left w:w="100" w:type="dxa"/>
              <w:bottom w:w="100" w:type="dxa"/>
              <w:right w:w="100" w:type="dxa"/>
            </w:tcMar>
            <w:vAlign w:val="center"/>
          </w:tcPr>
          <w:p w14:paraId="4C54FE98" w14:textId="77777777" w:rsidR="0025372A" w:rsidRPr="002773AB" w:rsidRDefault="002479A1">
            <w:pPr>
              <w:rPr>
                <w:rFonts w:ascii="Arial" w:hAnsi="Arial" w:cs="Arial"/>
              </w:rPr>
            </w:pPr>
            <w:r w:rsidRPr="002773AB">
              <w:rPr>
                <w:rFonts w:ascii="Arial" w:hAnsi="Arial" w:cs="Arial"/>
                <w:b/>
              </w:rPr>
              <w:t>Mobile number</w:t>
            </w:r>
          </w:p>
        </w:tc>
        <w:tc>
          <w:tcPr>
            <w:tcW w:w="7488" w:type="dxa"/>
            <w:tcBorders>
              <w:top w:val="single" w:sz="6" w:space="0" w:color="C9CDD3"/>
              <w:left w:val="single" w:sz="6" w:space="0" w:color="C9CDD3"/>
              <w:bottom w:val="single" w:sz="6" w:space="0" w:color="C9CDD3"/>
              <w:right w:val="single" w:sz="6" w:space="0" w:color="C9CDD3"/>
            </w:tcBorders>
            <w:tcMar>
              <w:top w:w="100" w:type="dxa"/>
              <w:left w:w="100" w:type="dxa"/>
              <w:bottom w:w="100" w:type="dxa"/>
              <w:right w:w="100" w:type="dxa"/>
            </w:tcMar>
            <w:vAlign w:val="center"/>
          </w:tcPr>
          <w:p w14:paraId="73B7E362" w14:textId="77777777" w:rsidR="0025372A" w:rsidRPr="002773AB" w:rsidRDefault="002479A1">
            <w:pPr>
              <w:rPr>
                <w:rFonts w:ascii="Arial" w:hAnsi="Arial" w:cs="Arial"/>
              </w:rPr>
            </w:pPr>
            <w:r w:rsidRPr="002773AB">
              <w:rPr>
                <w:rFonts w:ascii="Arial" w:hAnsi="Arial" w:cs="Arial"/>
              </w:rPr>
              <w:t>____________________________________________________________</w:t>
            </w:r>
          </w:p>
        </w:tc>
      </w:tr>
      <w:tr w:rsidR="0025372A" w:rsidRPr="002773AB" w14:paraId="124F0BA1" w14:textId="77777777">
        <w:trPr>
          <w:jc w:val="center"/>
        </w:trPr>
        <w:tc>
          <w:tcPr>
            <w:tcW w:w="2880" w:type="dxa"/>
            <w:tcBorders>
              <w:top w:val="single" w:sz="6" w:space="0" w:color="C9CDD3"/>
              <w:left w:val="single" w:sz="6" w:space="0" w:color="C9CDD3"/>
              <w:bottom w:val="single" w:sz="6" w:space="0" w:color="C9CDD3"/>
              <w:right w:val="single" w:sz="6" w:space="0" w:color="C9CDD3"/>
            </w:tcBorders>
            <w:shd w:val="clear" w:color="auto" w:fill="EAF3F8"/>
            <w:tcMar>
              <w:top w:w="100" w:type="dxa"/>
              <w:left w:w="100" w:type="dxa"/>
              <w:bottom w:w="100" w:type="dxa"/>
              <w:right w:w="100" w:type="dxa"/>
            </w:tcMar>
            <w:vAlign w:val="center"/>
          </w:tcPr>
          <w:p w14:paraId="0A85C616" w14:textId="77777777" w:rsidR="0025372A" w:rsidRPr="002773AB" w:rsidRDefault="002479A1">
            <w:pPr>
              <w:rPr>
                <w:rFonts w:ascii="Arial" w:hAnsi="Arial" w:cs="Arial"/>
              </w:rPr>
            </w:pPr>
            <w:r w:rsidRPr="002773AB">
              <w:rPr>
                <w:rFonts w:ascii="Arial" w:hAnsi="Arial" w:cs="Arial"/>
                <w:b/>
              </w:rPr>
              <w:t>Emergency contact name</w:t>
            </w:r>
          </w:p>
        </w:tc>
        <w:tc>
          <w:tcPr>
            <w:tcW w:w="7488" w:type="dxa"/>
            <w:tcBorders>
              <w:top w:val="single" w:sz="6" w:space="0" w:color="C9CDD3"/>
              <w:left w:val="single" w:sz="6" w:space="0" w:color="C9CDD3"/>
              <w:bottom w:val="single" w:sz="6" w:space="0" w:color="C9CDD3"/>
              <w:right w:val="single" w:sz="6" w:space="0" w:color="C9CDD3"/>
            </w:tcBorders>
            <w:tcMar>
              <w:top w:w="100" w:type="dxa"/>
              <w:left w:w="100" w:type="dxa"/>
              <w:bottom w:w="100" w:type="dxa"/>
              <w:right w:w="100" w:type="dxa"/>
            </w:tcMar>
            <w:vAlign w:val="center"/>
          </w:tcPr>
          <w:p w14:paraId="490CFCE7" w14:textId="77777777" w:rsidR="0025372A" w:rsidRPr="002773AB" w:rsidRDefault="002479A1">
            <w:pPr>
              <w:rPr>
                <w:rFonts w:ascii="Arial" w:hAnsi="Arial" w:cs="Arial"/>
              </w:rPr>
            </w:pPr>
            <w:r w:rsidRPr="002773AB">
              <w:rPr>
                <w:rFonts w:ascii="Arial" w:hAnsi="Arial" w:cs="Arial"/>
              </w:rPr>
              <w:t>____________________________________________________________</w:t>
            </w:r>
          </w:p>
        </w:tc>
      </w:tr>
      <w:tr w:rsidR="0025372A" w:rsidRPr="002773AB" w14:paraId="77DAC3D4" w14:textId="77777777">
        <w:trPr>
          <w:jc w:val="center"/>
        </w:trPr>
        <w:tc>
          <w:tcPr>
            <w:tcW w:w="2880" w:type="dxa"/>
            <w:tcBorders>
              <w:top w:val="single" w:sz="6" w:space="0" w:color="C9CDD3"/>
              <w:left w:val="single" w:sz="6" w:space="0" w:color="C9CDD3"/>
              <w:bottom w:val="single" w:sz="6" w:space="0" w:color="C9CDD3"/>
              <w:right w:val="single" w:sz="6" w:space="0" w:color="C9CDD3"/>
            </w:tcBorders>
            <w:shd w:val="clear" w:color="auto" w:fill="EAF3F8"/>
            <w:tcMar>
              <w:top w:w="100" w:type="dxa"/>
              <w:left w:w="100" w:type="dxa"/>
              <w:bottom w:w="100" w:type="dxa"/>
              <w:right w:w="100" w:type="dxa"/>
            </w:tcMar>
            <w:vAlign w:val="center"/>
          </w:tcPr>
          <w:p w14:paraId="7D7DCD91" w14:textId="77777777" w:rsidR="0025372A" w:rsidRPr="002773AB" w:rsidRDefault="002479A1">
            <w:pPr>
              <w:rPr>
                <w:rFonts w:ascii="Arial" w:hAnsi="Arial" w:cs="Arial"/>
              </w:rPr>
            </w:pPr>
            <w:r w:rsidRPr="002773AB">
              <w:rPr>
                <w:rFonts w:ascii="Arial" w:hAnsi="Arial" w:cs="Arial"/>
                <w:b/>
              </w:rPr>
              <w:t>Emergency contact phone</w:t>
            </w:r>
          </w:p>
        </w:tc>
        <w:tc>
          <w:tcPr>
            <w:tcW w:w="7488" w:type="dxa"/>
            <w:tcBorders>
              <w:top w:val="single" w:sz="6" w:space="0" w:color="C9CDD3"/>
              <w:left w:val="single" w:sz="6" w:space="0" w:color="C9CDD3"/>
              <w:bottom w:val="single" w:sz="6" w:space="0" w:color="C9CDD3"/>
              <w:right w:val="single" w:sz="6" w:space="0" w:color="C9CDD3"/>
            </w:tcBorders>
            <w:tcMar>
              <w:top w:w="100" w:type="dxa"/>
              <w:left w:w="100" w:type="dxa"/>
              <w:bottom w:w="100" w:type="dxa"/>
              <w:right w:w="100" w:type="dxa"/>
            </w:tcMar>
            <w:vAlign w:val="center"/>
          </w:tcPr>
          <w:p w14:paraId="5E4428B6" w14:textId="77777777" w:rsidR="0025372A" w:rsidRPr="002773AB" w:rsidRDefault="002479A1">
            <w:pPr>
              <w:rPr>
                <w:rFonts w:ascii="Arial" w:hAnsi="Arial" w:cs="Arial"/>
              </w:rPr>
            </w:pPr>
            <w:r w:rsidRPr="002773AB">
              <w:rPr>
                <w:rFonts w:ascii="Arial" w:hAnsi="Arial" w:cs="Arial"/>
              </w:rPr>
              <w:t>____________________________________________________________</w:t>
            </w:r>
          </w:p>
        </w:tc>
      </w:tr>
    </w:tbl>
    <w:p w14:paraId="1E978392" w14:textId="77777777" w:rsidR="0025372A" w:rsidRPr="002773AB" w:rsidRDefault="002479A1">
      <w:pPr>
        <w:pStyle w:val="Heading2"/>
        <w:spacing w:line="252" w:lineRule="auto"/>
        <w:rPr>
          <w:rFonts w:ascii="Arial" w:hAnsi="Arial" w:cs="Arial"/>
        </w:rPr>
      </w:pPr>
      <w:r w:rsidRPr="002773AB">
        <w:rPr>
          <w:rFonts w:ascii="Arial" w:hAnsi="Arial" w:cs="Arial"/>
        </w:rPr>
        <w:t>2. Availability</w:t>
      </w:r>
    </w:p>
    <w:p w14:paraId="359F2CB7" w14:textId="77777777" w:rsidR="0025372A" w:rsidRPr="00C44F48" w:rsidRDefault="002479A1">
      <w:pPr>
        <w:pStyle w:val="Intro"/>
        <w:rPr>
          <w:rFonts w:ascii="Arial" w:hAnsi="Arial" w:cs="Arial"/>
          <w:sz w:val="22"/>
          <w:szCs w:val="24"/>
        </w:rPr>
      </w:pPr>
      <w:r w:rsidRPr="00C44F48">
        <w:rPr>
          <w:rFonts w:ascii="Arial" w:hAnsi="Arial" w:cs="Arial"/>
          <w:sz w:val="22"/>
          <w:szCs w:val="24"/>
        </w:rPr>
        <w:t>Please tick all times that you are available to volunteer. These times are indicative and will help with rostering.</w:t>
      </w:r>
    </w:p>
    <w:tbl>
      <w:tblPr>
        <w:tblW w:w="0" w:type="auto"/>
        <w:jc w:val="center"/>
        <w:tblLook w:val="04A0" w:firstRow="1" w:lastRow="0" w:firstColumn="1" w:lastColumn="0" w:noHBand="0" w:noVBand="1"/>
      </w:tblPr>
      <w:tblGrid>
        <w:gridCol w:w="1828"/>
        <w:gridCol w:w="1997"/>
        <w:gridCol w:w="1997"/>
        <w:gridCol w:w="2188"/>
        <w:gridCol w:w="2342"/>
      </w:tblGrid>
      <w:tr w:rsidR="0025372A" w:rsidRPr="002773AB" w14:paraId="389C6A8E" w14:textId="77777777">
        <w:trPr>
          <w:tblHeader/>
          <w:jc w:val="center"/>
        </w:trPr>
        <w:tc>
          <w:tcPr>
            <w:tcW w:w="1944" w:type="dxa"/>
            <w:tcBorders>
              <w:top w:val="single" w:sz="6" w:space="0" w:color="C9CDD3"/>
              <w:left w:val="single" w:sz="6" w:space="0" w:color="C9CDD3"/>
              <w:bottom w:val="single" w:sz="6" w:space="0" w:color="C9CDD3"/>
              <w:right w:val="single" w:sz="6" w:space="0" w:color="C9CDD3"/>
            </w:tcBorders>
            <w:shd w:val="clear" w:color="auto" w:fill="1F4E79"/>
            <w:tcMar>
              <w:top w:w="100" w:type="dxa"/>
              <w:left w:w="100" w:type="dxa"/>
              <w:bottom w:w="100" w:type="dxa"/>
              <w:right w:w="100" w:type="dxa"/>
            </w:tcMar>
            <w:vAlign w:val="center"/>
          </w:tcPr>
          <w:p w14:paraId="3683368F" w14:textId="77777777" w:rsidR="0025372A" w:rsidRPr="002773AB" w:rsidRDefault="002479A1">
            <w:pPr>
              <w:jc w:val="center"/>
              <w:rPr>
                <w:rFonts w:ascii="Arial" w:hAnsi="Arial" w:cs="Arial"/>
              </w:rPr>
            </w:pPr>
            <w:r w:rsidRPr="002773AB">
              <w:rPr>
                <w:rFonts w:ascii="Arial" w:hAnsi="Arial" w:cs="Arial"/>
                <w:b/>
                <w:color w:val="FFFFFF"/>
              </w:rPr>
              <w:t>Day</w:t>
            </w:r>
          </w:p>
        </w:tc>
        <w:tc>
          <w:tcPr>
            <w:tcW w:w="2088" w:type="dxa"/>
            <w:tcBorders>
              <w:top w:val="single" w:sz="6" w:space="0" w:color="C9CDD3"/>
              <w:left w:val="single" w:sz="6" w:space="0" w:color="C9CDD3"/>
              <w:bottom w:val="single" w:sz="6" w:space="0" w:color="C9CDD3"/>
              <w:right w:val="single" w:sz="6" w:space="0" w:color="C9CDD3"/>
            </w:tcBorders>
            <w:shd w:val="clear" w:color="auto" w:fill="1F4E79"/>
            <w:tcMar>
              <w:top w:w="100" w:type="dxa"/>
              <w:left w:w="100" w:type="dxa"/>
              <w:bottom w:w="100" w:type="dxa"/>
              <w:right w:w="100" w:type="dxa"/>
            </w:tcMar>
            <w:vAlign w:val="center"/>
          </w:tcPr>
          <w:p w14:paraId="62D0C9C3" w14:textId="77777777" w:rsidR="0025372A" w:rsidRPr="002773AB" w:rsidRDefault="002479A1">
            <w:pPr>
              <w:jc w:val="center"/>
              <w:rPr>
                <w:rFonts w:ascii="Arial" w:hAnsi="Arial" w:cs="Arial"/>
              </w:rPr>
            </w:pPr>
            <w:r w:rsidRPr="002773AB">
              <w:rPr>
                <w:rFonts w:ascii="Arial" w:hAnsi="Arial" w:cs="Arial"/>
                <w:b/>
                <w:color w:val="FFFFFF"/>
              </w:rPr>
              <w:t>Early Morning</w:t>
            </w:r>
          </w:p>
        </w:tc>
        <w:tc>
          <w:tcPr>
            <w:tcW w:w="2088" w:type="dxa"/>
            <w:tcBorders>
              <w:top w:val="single" w:sz="6" w:space="0" w:color="C9CDD3"/>
              <w:left w:val="single" w:sz="6" w:space="0" w:color="C9CDD3"/>
              <w:bottom w:val="single" w:sz="6" w:space="0" w:color="C9CDD3"/>
              <w:right w:val="single" w:sz="6" w:space="0" w:color="C9CDD3"/>
            </w:tcBorders>
            <w:shd w:val="clear" w:color="auto" w:fill="1F4E79"/>
            <w:tcMar>
              <w:top w:w="100" w:type="dxa"/>
              <w:left w:w="100" w:type="dxa"/>
              <w:bottom w:w="100" w:type="dxa"/>
              <w:right w:w="100" w:type="dxa"/>
            </w:tcMar>
            <w:vAlign w:val="center"/>
          </w:tcPr>
          <w:p w14:paraId="7ED9386B" w14:textId="77777777" w:rsidR="0025372A" w:rsidRPr="002773AB" w:rsidRDefault="002479A1">
            <w:pPr>
              <w:jc w:val="center"/>
              <w:rPr>
                <w:rFonts w:ascii="Arial" w:hAnsi="Arial" w:cs="Arial"/>
              </w:rPr>
            </w:pPr>
            <w:r w:rsidRPr="002773AB">
              <w:rPr>
                <w:rFonts w:ascii="Arial" w:hAnsi="Arial" w:cs="Arial"/>
                <w:b/>
                <w:color w:val="FFFFFF"/>
              </w:rPr>
              <w:t>Morning</w:t>
            </w:r>
          </w:p>
        </w:tc>
        <w:tc>
          <w:tcPr>
            <w:tcW w:w="2304" w:type="dxa"/>
            <w:tcBorders>
              <w:top w:val="single" w:sz="6" w:space="0" w:color="C9CDD3"/>
              <w:left w:val="single" w:sz="6" w:space="0" w:color="C9CDD3"/>
              <w:bottom w:val="single" w:sz="6" w:space="0" w:color="C9CDD3"/>
              <w:right w:val="single" w:sz="6" w:space="0" w:color="C9CDD3"/>
            </w:tcBorders>
            <w:shd w:val="clear" w:color="auto" w:fill="1F4E79"/>
            <w:tcMar>
              <w:top w:w="100" w:type="dxa"/>
              <w:left w:w="100" w:type="dxa"/>
              <w:bottom w:w="100" w:type="dxa"/>
              <w:right w:w="100" w:type="dxa"/>
            </w:tcMar>
            <w:vAlign w:val="center"/>
          </w:tcPr>
          <w:p w14:paraId="6E56675D" w14:textId="77777777" w:rsidR="0025372A" w:rsidRPr="002773AB" w:rsidRDefault="002479A1">
            <w:pPr>
              <w:jc w:val="center"/>
              <w:rPr>
                <w:rFonts w:ascii="Arial" w:hAnsi="Arial" w:cs="Arial"/>
              </w:rPr>
            </w:pPr>
            <w:r w:rsidRPr="002773AB">
              <w:rPr>
                <w:rFonts w:ascii="Arial" w:hAnsi="Arial" w:cs="Arial"/>
                <w:b/>
                <w:color w:val="FFFFFF"/>
              </w:rPr>
              <w:t>Afternoon</w:t>
            </w:r>
          </w:p>
        </w:tc>
        <w:tc>
          <w:tcPr>
            <w:tcW w:w="2520" w:type="dxa"/>
            <w:tcBorders>
              <w:top w:val="single" w:sz="6" w:space="0" w:color="C9CDD3"/>
              <w:left w:val="single" w:sz="6" w:space="0" w:color="C9CDD3"/>
              <w:bottom w:val="single" w:sz="6" w:space="0" w:color="C9CDD3"/>
              <w:right w:val="single" w:sz="6" w:space="0" w:color="C9CDD3"/>
            </w:tcBorders>
            <w:shd w:val="clear" w:color="auto" w:fill="1F4E79"/>
            <w:tcMar>
              <w:top w:w="100" w:type="dxa"/>
              <w:left w:w="100" w:type="dxa"/>
              <w:bottom w:w="100" w:type="dxa"/>
              <w:right w:w="100" w:type="dxa"/>
            </w:tcMar>
            <w:vAlign w:val="center"/>
          </w:tcPr>
          <w:p w14:paraId="03C85CCA" w14:textId="77777777" w:rsidR="0025372A" w:rsidRPr="002773AB" w:rsidRDefault="002479A1">
            <w:pPr>
              <w:jc w:val="center"/>
              <w:rPr>
                <w:rFonts w:ascii="Arial" w:hAnsi="Arial" w:cs="Arial"/>
              </w:rPr>
            </w:pPr>
            <w:r w:rsidRPr="002773AB">
              <w:rPr>
                <w:rFonts w:ascii="Arial" w:hAnsi="Arial" w:cs="Arial"/>
                <w:b/>
                <w:color w:val="FFFFFF"/>
              </w:rPr>
              <w:t>Evening</w:t>
            </w:r>
          </w:p>
        </w:tc>
      </w:tr>
      <w:tr w:rsidR="0025372A" w:rsidRPr="002773AB" w14:paraId="0580AD79" w14:textId="77777777">
        <w:trPr>
          <w:jc w:val="center"/>
        </w:trPr>
        <w:tc>
          <w:tcPr>
            <w:tcW w:w="1944" w:type="dxa"/>
            <w:tcBorders>
              <w:top w:val="single" w:sz="6" w:space="0" w:color="C9CDD3"/>
              <w:left w:val="single" w:sz="6" w:space="0" w:color="C9CDD3"/>
              <w:bottom w:val="single" w:sz="6" w:space="0" w:color="C9CDD3"/>
              <w:right w:val="single" w:sz="6" w:space="0" w:color="C9CDD3"/>
            </w:tcBorders>
            <w:shd w:val="clear" w:color="auto" w:fill="EAF3F8"/>
            <w:tcMar>
              <w:top w:w="100" w:type="dxa"/>
              <w:left w:w="100" w:type="dxa"/>
              <w:bottom w:w="100" w:type="dxa"/>
              <w:right w:w="100" w:type="dxa"/>
            </w:tcMar>
            <w:vAlign w:val="center"/>
          </w:tcPr>
          <w:p w14:paraId="63B093C3" w14:textId="77777777" w:rsidR="0025372A" w:rsidRPr="002773AB" w:rsidRDefault="002479A1">
            <w:pPr>
              <w:pStyle w:val="SmallText"/>
              <w:rPr>
                <w:rFonts w:ascii="Arial" w:hAnsi="Arial" w:cs="Arial"/>
              </w:rPr>
            </w:pPr>
            <w:r w:rsidRPr="002773AB">
              <w:rPr>
                <w:rFonts w:ascii="Arial" w:hAnsi="Arial" w:cs="Arial"/>
                <w:b/>
              </w:rPr>
              <w:t>Thursday 1 October</w:t>
            </w:r>
          </w:p>
        </w:tc>
        <w:tc>
          <w:tcPr>
            <w:tcW w:w="2088" w:type="dxa"/>
            <w:tcBorders>
              <w:top w:val="single" w:sz="6" w:space="0" w:color="C9CDD3"/>
              <w:left w:val="single" w:sz="6" w:space="0" w:color="C9CDD3"/>
              <w:bottom w:val="single" w:sz="6" w:space="0" w:color="C9CDD3"/>
              <w:right w:val="single" w:sz="6" w:space="0" w:color="C9CDD3"/>
            </w:tcBorders>
            <w:tcMar>
              <w:top w:w="100" w:type="dxa"/>
              <w:left w:w="100" w:type="dxa"/>
              <w:bottom w:w="100" w:type="dxa"/>
              <w:right w:w="100" w:type="dxa"/>
            </w:tcMar>
            <w:vAlign w:val="center"/>
          </w:tcPr>
          <w:p w14:paraId="61083EFE" w14:textId="77777777" w:rsidR="0025372A" w:rsidRPr="002773AB" w:rsidRDefault="002479A1">
            <w:pPr>
              <w:pStyle w:val="SmallText"/>
              <w:jc w:val="center"/>
              <w:rPr>
                <w:rFonts w:ascii="Arial" w:hAnsi="Arial" w:cs="Arial"/>
              </w:rPr>
            </w:pPr>
            <w:r w:rsidRPr="002773AB">
              <w:rPr>
                <w:rFonts w:ascii="Segoe UI Symbol" w:hAnsi="Segoe UI Symbol" w:cs="Segoe UI Symbol"/>
              </w:rPr>
              <w:t>☐</w:t>
            </w:r>
            <w:r w:rsidRPr="002773AB">
              <w:rPr>
                <w:rFonts w:ascii="Arial" w:hAnsi="Arial" w:cs="Arial"/>
              </w:rPr>
              <w:t xml:space="preserve"> 6:00am-9:00am</w:t>
            </w:r>
            <w:r w:rsidRPr="002773AB">
              <w:rPr>
                <w:rFonts w:ascii="Arial" w:hAnsi="Arial" w:cs="Arial"/>
              </w:rPr>
              <w:br/>
              <w:t>Airport arrivals</w:t>
            </w:r>
          </w:p>
          <w:p w14:paraId="0821994D" w14:textId="77777777" w:rsidR="002C21D9" w:rsidRPr="002773AB" w:rsidRDefault="002C21D9">
            <w:pPr>
              <w:pStyle w:val="SmallText"/>
              <w:jc w:val="center"/>
              <w:rPr>
                <w:rFonts w:ascii="Arial" w:hAnsi="Arial" w:cs="Arial"/>
              </w:rPr>
            </w:pPr>
          </w:p>
        </w:tc>
        <w:tc>
          <w:tcPr>
            <w:tcW w:w="2088" w:type="dxa"/>
            <w:tcBorders>
              <w:top w:val="single" w:sz="6" w:space="0" w:color="C9CDD3"/>
              <w:left w:val="single" w:sz="6" w:space="0" w:color="C9CDD3"/>
              <w:bottom w:val="single" w:sz="6" w:space="0" w:color="C9CDD3"/>
              <w:right w:val="single" w:sz="6" w:space="0" w:color="C9CDD3"/>
            </w:tcBorders>
            <w:tcMar>
              <w:top w:w="100" w:type="dxa"/>
              <w:left w:w="100" w:type="dxa"/>
              <w:bottom w:w="100" w:type="dxa"/>
              <w:right w:w="100" w:type="dxa"/>
            </w:tcMar>
            <w:vAlign w:val="center"/>
          </w:tcPr>
          <w:p w14:paraId="6A6855C0" w14:textId="77777777" w:rsidR="0025372A" w:rsidRPr="002773AB" w:rsidRDefault="002479A1">
            <w:pPr>
              <w:pStyle w:val="SmallText"/>
              <w:jc w:val="center"/>
              <w:rPr>
                <w:rFonts w:ascii="Arial" w:hAnsi="Arial" w:cs="Arial"/>
              </w:rPr>
            </w:pPr>
            <w:r w:rsidRPr="002773AB">
              <w:rPr>
                <w:rFonts w:ascii="Segoe UI Symbol" w:hAnsi="Segoe UI Symbol" w:cs="Segoe UI Symbol"/>
              </w:rPr>
              <w:t>☐</w:t>
            </w:r>
            <w:r w:rsidRPr="002773AB">
              <w:rPr>
                <w:rFonts w:ascii="Arial" w:hAnsi="Arial" w:cs="Arial"/>
              </w:rPr>
              <w:t xml:space="preserve"> 9:00am-12:00pm</w:t>
            </w:r>
          </w:p>
          <w:p w14:paraId="0C02E350" w14:textId="17B1ED22" w:rsidR="00A514A0" w:rsidRPr="002773AB" w:rsidRDefault="00BD096A">
            <w:pPr>
              <w:pStyle w:val="SmallText"/>
              <w:jc w:val="center"/>
              <w:rPr>
                <w:rFonts w:ascii="Arial" w:hAnsi="Arial" w:cs="Arial"/>
              </w:rPr>
            </w:pPr>
            <w:r w:rsidRPr="002773AB">
              <w:rPr>
                <w:rFonts w:ascii="Arial" w:hAnsi="Arial" w:cs="Arial"/>
              </w:rPr>
              <w:t xml:space="preserve">Airport </w:t>
            </w:r>
            <w:r w:rsidR="00A514A0" w:rsidRPr="002773AB">
              <w:rPr>
                <w:rFonts w:ascii="Arial" w:hAnsi="Arial" w:cs="Arial"/>
              </w:rPr>
              <w:t>arrivals</w:t>
            </w:r>
            <w:r w:rsidRPr="002773AB">
              <w:rPr>
                <w:rFonts w:ascii="Arial" w:hAnsi="Arial" w:cs="Arial"/>
              </w:rPr>
              <w:br/>
              <w:t>Fremantle check-in</w:t>
            </w:r>
          </w:p>
        </w:tc>
        <w:tc>
          <w:tcPr>
            <w:tcW w:w="2304" w:type="dxa"/>
            <w:tcBorders>
              <w:top w:val="single" w:sz="6" w:space="0" w:color="C9CDD3"/>
              <w:left w:val="single" w:sz="6" w:space="0" w:color="C9CDD3"/>
              <w:bottom w:val="single" w:sz="6" w:space="0" w:color="C9CDD3"/>
              <w:right w:val="single" w:sz="6" w:space="0" w:color="C9CDD3"/>
            </w:tcBorders>
            <w:tcMar>
              <w:top w:w="100" w:type="dxa"/>
              <w:left w:w="100" w:type="dxa"/>
              <w:bottom w:w="100" w:type="dxa"/>
              <w:right w:w="100" w:type="dxa"/>
            </w:tcMar>
            <w:vAlign w:val="center"/>
          </w:tcPr>
          <w:p w14:paraId="65D71A59" w14:textId="1DB136B4" w:rsidR="0025372A" w:rsidRPr="002773AB" w:rsidRDefault="002479A1">
            <w:pPr>
              <w:pStyle w:val="SmallText"/>
              <w:jc w:val="center"/>
              <w:rPr>
                <w:rFonts w:ascii="Arial" w:hAnsi="Arial" w:cs="Arial"/>
              </w:rPr>
            </w:pPr>
            <w:r w:rsidRPr="002773AB">
              <w:rPr>
                <w:rFonts w:ascii="Segoe UI Symbol" w:hAnsi="Segoe UI Symbol" w:cs="Segoe UI Symbol"/>
              </w:rPr>
              <w:t>☐</w:t>
            </w:r>
            <w:r w:rsidRPr="002773AB">
              <w:rPr>
                <w:rFonts w:ascii="Arial" w:hAnsi="Arial" w:cs="Arial"/>
              </w:rPr>
              <w:t xml:space="preserve"> 12:00pm-4:00pm</w:t>
            </w:r>
            <w:r w:rsidRPr="002773AB">
              <w:rPr>
                <w:rFonts w:ascii="Arial" w:hAnsi="Arial" w:cs="Arial"/>
              </w:rPr>
              <w:br/>
            </w:r>
            <w:r w:rsidR="00BD096A" w:rsidRPr="002773AB">
              <w:rPr>
                <w:rFonts w:ascii="Arial" w:hAnsi="Arial" w:cs="Arial"/>
              </w:rPr>
              <w:t>Fremantle</w:t>
            </w:r>
            <w:r w:rsidRPr="002773AB">
              <w:rPr>
                <w:rFonts w:ascii="Arial" w:hAnsi="Arial" w:cs="Arial"/>
              </w:rPr>
              <w:t xml:space="preserve"> check-in &amp; registration</w:t>
            </w:r>
          </w:p>
        </w:tc>
        <w:tc>
          <w:tcPr>
            <w:tcW w:w="2520" w:type="dxa"/>
            <w:tcBorders>
              <w:top w:val="single" w:sz="6" w:space="0" w:color="C9CDD3"/>
              <w:left w:val="single" w:sz="6" w:space="0" w:color="C9CDD3"/>
              <w:bottom w:val="single" w:sz="6" w:space="0" w:color="C9CDD3"/>
              <w:right w:val="single" w:sz="6" w:space="0" w:color="C9CDD3"/>
            </w:tcBorders>
            <w:tcMar>
              <w:top w:w="100" w:type="dxa"/>
              <w:left w:w="100" w:type="dxa"/>
              <w:bottom w:w="100" w:type="dxa"/>
              <w:right w:w="100" w:type="dxa"/>
            </w:tcMar>
            <w:vAlign w:val="center"/>
          </w:tcPr>
          <w:p w14:paraId="224A545D" w14:textId="77777777" w:rsidR="0025372A" w:rsidRPr="002773AB" w:rsidRDefault="002479A1">
            <w:pPr>
              <w:pStyle w:val="SmallText"/>
              <w:jc w:val="center"/>
              <w:rPr>
                <w:rFonts w:ascii="Arial" w:hAnsi="Arial" w:cs="Arial"/>
              </w:rPr>
            </w:pPr>
            <w:r w:rsidRPr="002773AB">
              <w:rPr>
                <w:rFonts w:ascii="Segoe UI Symbol" w:hAnsi="Segoe UI Symbol" w:cs="Segoe UI Symbol"/>
              </w:rPr>
              <w:t>☐</w:t>
            </w:r>
            <w:r w:rsidRPr="002773AB">
              <w:rPr>
                <w:rFonts w:ascii="Arial" w:hAnsi="Arial" w:cs="Arial"/>
              </w:rPr>
              <w:t xml:space="preserve"> </w:t>
            </w:r>
            <w:r w:rsidR="001C67AD" w:rsidRPr="002773AB">
              <w:rPr>
                <w:rFonts w:ascii="Arial" w:hAnsi="Arial" w:cs="Arial"/>
              </w:rPr>
              <w:t>3</w:t>
            </w:r>
            <w:r w:rsidRPr="002773AB">
              <w:rPr>
                <w:rFonts w:ascii="Arial" w:hAnsi="Arial" w:cs="Arial"/>
              </w:rPr>
              <w:t>:</w:t>
            </w:r>
            <w:r w:rsidR="001C67AD" w:rsidRPr="002773AB">
              <w:rPr>
                <w:rFonts w:ascii="Arial" w:hAnsi="Arial" w:cs="Arial"/>
              </w:rPr>
              <w:t>15</w:t>
            </w:r>
            <w:r w:rsidRPr="002773AB">
              <w:rPr>
                <w:rFonts w:ascii="Arial" w:hAnsi="Arial" w:cs="Arial"/>
              </w:rPr>
              <w:t>pm-</w:t>
            </w:r>
            <w:r w:rsidR="00A40258" w:rsidRPr="002773AB">
              <w:rPr>
                <w:rFonts w:ascii="Arial" w:hAnsi="Arial" w:cs="Arial"/>
              </w:rPr>
              <w:t>7</w:t>
            </w:r>
            <w:r w:rsidRPr="002773AB">
              <w:rPr>
                <w:rFonts w:ascii="Arial" w:hAnsi="Arial" w:cs="Arial"/>
              </w:rPr>
              <w:t>:</w:t>
            </w:r>
            <w:r w:rsidR="008F6B3B" w:rsidRPr="002773AB">
              <w:rPr>
                <w:rFonts w:ascii="Arial" w:hAnsi="Arial" w:cs="Arial"/>
              </w:rPr>
              <w:t>3</w:t>
            </w:r>
            <w:r w:rsidRPr="002773AB">
              <w:rPr>
                <w:rFonts w:ascii="Arial" w:hAnsi="Arial" w:cs="Arial"/>
              </w:rPr>
              <w:t>0pm</w:t>
            </w:r>
            <w:r w:rsidRPr="002773AB">
              <w:rPr>
                <w:rFonts w:ascii="Arial" w:hAnsi="Arial" w:cs="Arial"/>
              </w:rPr>
              <w:br/>
              <w:t>Welcome service &amp; dinner</w:t>
            </w:r>
          </w:p>
          <w:p w14:paraId="081AC192" w14:textId="32A2B273" w:rsidR="002C21D9" w:rsidRPr="002773AB" w:rsidRDefault="002C21D9">
            <w:pPr>
              <w:pStyle w:val="SmallText"/>
              <w:jc w:val="center"/>
              <w:rPr>
                <w:rFonts w:ascii="Arial" w:hAnsi="Arial" w:cs="Arial"/>
              </w:rPr>
            </w:pPr>
          </w:p>
        </w:tc>
      </w:tr>
      <w:tr w:rsidR="0025372A" w:rsidRPr="002773AB" w14:paraId="155FE994" w14:textId="77777777">
        <w:trPr>
          <w:jc w:val="center"/>
        </w:trPr>
        <w:tc>
          <w:tcPr>
            <w:tcW w:w="1944" w:type="dxa"/>
            <w:tcBorders>
              <w:top w:val="single" w:sz="6" w:space="0" w:color="C9CDD3"/>
              <w:left w:val="single" w:sz="6" w:space="0" w:color="C9CDD3"/>
              <w:bottom w:val="single" w:sz="6" w:space="0" w:color="C9CDD3"/>
              <w:right w:val="single" w:sz="6" w:space="0" w:color="C9CDD3"/>
            </w:tcBorders>
            <w:shd w:val="clear" w:color="auto" w:fill="EAF3F8"/>
            <w:tcMar>
              <w:top w:w="100" w:type="dxa"/>
              <w:left w:w="100" w:type="dxa"/>
              <w:bottom w:w="100" w:type="dxa"/>
              <w:right w:w="100" w:type="dxa"/>
            </w:tcMar>
            <w:vAlign w:val="center"/>
          </w:tcPr>
          <w:p w14:paraId="348BAD9C" w14:textId="77777777" w:rsidR="0025372A" w:rsidRPr="002773AB" w:rsidRDefault="002479A1">
            <w:pPr>
              <w:pStyle w:val="SmallText"/>
              <w:rPr>
                <w:rFonts w:ascii="Arial" w:hAnsi="Arial" w:cs="Arial"/>
              </w:rPr>
            </w:pPr>
            <w:r w:rsidRPr="002773AB">
              <w:rPr>
                <w:rFonts w:ascii="Arial" w:hAnsi="Arial" w:cs="Arial"/>
                <w:b/>
              </w:rPr>
              <w:t>Friday 2 October</w:t>
            </w:r>
          </w:p>
        </w:tc>
        <w:tc>
          <w:tcPr>
            <w:tcW w:w="2088" w:type="dxa"/>
            <w:tcBorders>
              <w:top w:val="single" w:sz="6" w:space="0" w:color="C9CDD3"/>
              <w:left w:val="single" w:sz="6" w:space="0" w:color="C9CDD3"/>
              <w:bottom w:val="single" w:sz="6" w:space="0" w:color="C9CDD3"/>
              <w:right w:val="single" w:sz="6" w:space="0" w:color="C9CDD3"/>
            </w:tcBorders>
            <w:tcMar>
              <w:top w:w="100" w:type="dxa"/>
              <w:left w:w="100" w:type="dxa"/>
              <w:bottom w:w="100" w:type="dxa"/>
              <w:right w:w="100" w:type="dxa"/>
            </w:tcMar>
            <w:vAlign w:val="center"/>
          </w:tcPr>
          <w:p w14:paraId="5BCEA758" w14:textId="77777777" w:rsidR="0025372A" w:rsidRPr="002773AB" w:rsidRDefault="002479A1">
            <w:pPr>
              <w:pStyle w:val="SmallText"/>
              <w:jc w:val="center"/>
              <w:rPr>
                <w:rFonts w:ascii="Arial" w:hAnsi="Arial" w:cs="Arial"/>
              </w:rPr>
            </w:pPr>
            <w:r w:rsidRPr="002773AB">
              <w:rPr>
                <w:rFonts w:ascii="Segoe UI Symbol" w:hAnsi="Segoe UI Symbol" w:cs="Segoe UI Symbol"/>
              </w:rPr>
              <w:t>☐</w:t>
            </w:r>
            <w:r w:rsidRPr="002773AB">
              <w:rPr>
                <w:rFonts w:ascii="Arial" w:hAnsi="Arial" w:cs="Arial"/>
              </w:rPr>
              <w:t xml:space="preserve"> </w:t>
            </w:r>
            <w:r w:rsidR="00B61E3D" w:rsidRPr="002773AB">
              <w:rPr>
                <w:rFonts w:ascii="Arial" w:hAnsi="Arial" w:cs="Arial"/>
              </w:rPr>
              <w:t>8</w:t>
            </w:r>
            <w:r w:rsidRPr="002773AB">
              <w:rPr>
                <w:rFonts w:ascii="Arial" w:hAnsi="Arial" w:cs="Arial"/>
              </w:rPr>
              <w:t>:</w:t>
            </w:r>
            <w:r w:rsidR="002E4850" w:rsidRPr="002773AB">
              <w:rPr>
                <w:rFonts w:ascii="Arial" w:hAnsi="Arial" w:cs="Arial"/>
              </w:rPr>
              <w:t>15</w:t>
            </w:r>
            <w:r w:rsidRPr="002773AB">
              <w:rPr>
                <w:rFonts w:ascii="Arial" w:hAnsi="Arial" w:cs="Arial"/>
              </w:rPr>
              <w:t>am-10:</w:t>
            </w:r>
            <w:r w:rsidR="002E4850" w:rsidRPr="002773AB">
              <w:rPr>
                <w:rFonts w:ascii="Arial" w:hAnsi="Arial" w:cs="Arial"/>
              </w:rPr>
              <w:t>45</w:t>
            </w:r>
            <w:r w:rsidRPr="002773AB">
              <w:rPr>
                <w:rFonts w:ascii="Arial" w:hAnsi="Arial" w:cs="Arial"/>
              </w:rPr>
              <w:t>am</w:t>
            </w:r>
          </w:p>
          <w:p w14:paraId="26646312" w14:textId="02FB5251" w:rsidR="00F326AD" w:rsidRPr="002773AB" w:rsidRDefault="00F326AD">
            <w:pPr>
              <w:pStyle w:val="SmallText"/>
              <w:jc w:val="center"/>
              <w:rPr>
                <w:rFonts w:ascii="Arial" w:hAnsi="Arial" w:cs="Arial"/>
              </w:rPr>
            </w:pPr>
            <w:r w:rsidRPr="002773AB">
              <w:rPr>
                <w:rFonts w:ascii="Arial" w:hAnsi="Arial" w:cs="Arial"/>
              </w:rPr>
              <w:t>Conference Usher</w:t>
            </w:r>
          </w:p>
          <w:p w14:paraId="6D900B6B" w14:textId="7607A349" w:rsidR="00F326AD" w:rsidRPr="002773AB" w:rsidRDefault="00F326AD">
            <w:pPr>
              <w:pStyle w:val="SmallText"/>
              <w:jc w:val="center"/>
              <w:rPr>
                <w:rFonts w:ascii="Arial" w:hAnsi="Arial" w:cs="Arial"/>
              </w:rPr>
            </w:pPr>
            <w:r w:rsidRPr="002773AB">
              <w:rPr>
                <w:rFonts w:ascii="Arial" w:hAnsi="Arial" w:cs="Arial"/>
              </w:rPr>
              <w:t>Children/Youth</w:t>
            </w:r>
          </w:p>
        </w:tc>
        <w:tc>
          <w:tcPr>
            <w:tcW w:w="2088" w:type="dxa"/>
            <w:tcBorders>
              <w:top w:val="single" w:sz="6" w:space="0" w:color="C9CDD3"/>
              <w:left w:val="single" w:sz="6" w:space="0" w:color="C9CDD3"/>
              <w:bottom w:val="single" w:sz="6" w:space="0" w:color="C9CDD3"/>
              <w:right w:val="single" w:sz="6" w:space="0" w:color="C9CDD3"/>
            </w:tcBorders>
            <w:tcMar>
              <w:top w:w="100" w:type="dxa"/>
              <w:left w:w="100" w:type="dxa"/>
              <w:bottom w:w="100" w:type="dxa"/>
              <w:right w:w="100" w:type="dxa"/>
            </w:tcMar>
            <w:vAlign w:val="center"/>
          </w:tcPr>
          <w:p w14:paraId="16C78807" w14:textId="77777777" w:rsidR="0025372A" w:rsidRPr="002773AB" w:rsidRDefault="002479A1">
            <w:pPr>
              <w:pStyle w:val="SmallText"/>
              <w:jc w:val="center"/>
              <w:rPr>
                <w:rFonts w:ascii="Arial" w:hAnsi="Arial" w:cs="Arial"/>
              </w:rPr>
            </w:pPr>
            <w:r w:rsidRPr="002773AB">
              <w:rPr>
                <w:rFonts w:ascii="Segoe UI Symbol" w:hAnsi="Segoe UI Symbol" w:cs="Segoe UI Symbol"/>
              </w:rPr>
              <w:t>☐</w:t>
            </w:r>
            <w:r w:rsidRPr="002773AB">
              <w:rPr>
                <w:rFonts w:ascii="Arial" w:hAnsi="Arial" w:cs="Arial"/>
              </w:rPr>
              <w:t xml:space="preserve"> 10:</w:t>
            </w:r>
            <w:r w:rsidR="002E4850" w:rsidRPr="002773AB">
              <w:rPr>
                <w:rFonts w:ascii="Arial" w:hAnsi="Arial" w:cs="Arial"/>
              </w:rPr>
              <w:t>30</w:t>
            </w:r>
            <w:r w:rsidRPr="002773AB">
              <w:rPr>
                <w:rFonts w:ascii="Arial" w:hAnsi="Arial" w:cs="Arial"/>
              </w:rPr>
              <w:t>am-1:</w:t>
            </w:r>
            <w:r w:rsidR="0063333E" w:rsidRPr="002773AB">
              <w:rPr>
                <w:rFonts w:ascii="Arial" w:hAnsi="Arial" w:cs="Arial"/>
              </w:rPr>
              <w:t>15</w:t>
            </w:r>
            <w:r w:rsidRPr="002773AB">
              <w:rPr>
                <w:rFonts w:ascii="Arial" w:hAnsi="Arial" w:cs="Arial"/>
              </w:rPr>
              <w:t>pm</w:t>
            </w:r>
          </w:p>
          <w:p w14:paraId="7FBA34AE" w14:textId="77777777" w:rsidR="00F326AD" w:rsidRPr="002773AB" w:rsidRDefault="00F326AD" w:rsidP="00F326AD">
            <w:pPr>
              <w:pStyle w:val="SmallText"/>
              <w:jc w:val="center"/>
              <w:rPr>
                <w:rFonts w:ascii="Arial" w:hAnsi="Arial" w:cs="Arial"/>
              </w:rPr>
            </w:pPr>
            <w:r w:rsidRPr="002773AB">
              <w:rPr>
                <w:rFonts w:ascii="Arial" w:hAnsi="Arial" w:cs="Arial"/>
              </w:rPr>
              <w:t>Conference Usher</w:t>
            </w:r>
          </w:p>
          <w:p w14:paraId="4A12E83B" w14:textId="2583E3A2" w:rsidR="00F326AD" w:rsidRPr="002773AB" w:rsidRDefault="00F326AD" w:rsidP="00F326AD">
            <w:pPr>
              <w:pStyle w:val="SmallText"/>
              <w:jc w:val="center"/>
              <w:rPr>
                <w:rFonts w:ascii="Arial" w:hAnsi="Arial" w:cs="Arial"/>
              </w:rPr>
            </w:pPr>
            <w:r w:rsidRPr="002773AB">
              <w:rPr>
                <w:rFonts w:ascii="Arial" w:hAnsi="Arial" w:cs="Arial"/>
              </w:rPr>
              <w:t>Children/Youth</w:t>
            </w:r>
          </w:p>
        </w:tc>
        <w:tc>
          <w:tcPr>
            <w:tcW w:w="2304" w:type="dxa"/>
            <w:tcBorders>
              <w:top w:val="single" w:sz="6" w:space="0" w:color="C9CDD3"/>
              <w:left w:val="single" w:sz="6" w:space="0" w:color="C9CDD3"/>
              <w:bottom w:val="single" w:sz="6" w:space="0" w:color="C9CDD3"/>
              <w:right w:val="single" w:sz="6" w:space="0" w:color="C9CDD3"/>
            </w:tcBorders>
            <w:tcMar>
              <w:top w:w="100" w:type="dxa"/>
              <w:left w:w="100" w:type="dxa"/>
              <w:bottom w:w="100" w:type="dxa"/>
              <w:right w:w="100" w:type="dxa"/>
            </w:tcMar>
            <w:vAlign w:val="center"/>
          </w:tcPr>
          <w:p w14:paraId="194B2907" w14:textId="77777777" w:rsidR="0025372A" w:rsidRPr="002773AB" w:rsidRDefault="002479A1">
            <w:pPr>
              <w:pStyle w:val="SmallText"/>
              <w:jc w:val="center"/>
              <w:rPr>
                <w:rFonts w:ascii="Arial" w:hAnsi="Arial" w:cs="Arial"/>
              </w:rPr>
            </w:pPr>
            <w:r w:rsidRPr="002773AB">
              <w:rPr>
                <w:rFonts w:ascii="Segoe UI Symbol" w:hAnsi="Segoe UI Symbol" w:cs="Segoe UI Symbol"/>
              </w:rPr>
              <w:t>☐</w:t>
            </w:r>
            <w:r w:rsidRPr="002773AB">
              <w:rPr>
                <w:rFonts w:ascii="Arial" w:hAnsi="Arial" w:cs="Arial"/>
              </w:rPr>
              <w:t xml:space="preserve"> 1:00pm-4:</w:t>
            </w:r>
            <w:r w:rsidR="0063333E" w:rsidRPr="002773AB">
              <w:rPr>
                <w:rFonts w:ascii="Arial" w:hAnsi="Arial" w:cs="Arial"/>
              </w:rPr>
              <w:t>15</w:t>
            </w:r>
            <w:r w:rsidRPr="002773AB">
              <w:rPr>
                <w:rFonts w:ascii="Arial" w:hAnsi="Arial" w:cs="Arial"/>
              </w:rPr>
              <w:t>pm</w:t>
            </w:r>
          </w:p>
          <w:p w14:paraId="7371B234" w14:textId="77777777" w:rsidR="00F326AD" w:rsidRPr="002773AB" w:rsidRDefault="00F326AD" w:rsidP="00F326AD">
            <w:pPr>
              <w:pStyle w:val="SmallText"/>
              <w:jc w:val="center"/>
              <w:rPr>
                <w:rFonts w:ascii="Arial" w:hAnsi="Arial" w:cs="Arial"/>
              </w:rPr>
            </w:pPr>
            <w:r w:rsidRPr="002773AB">
              <w:rPr>
                <w:rFonts w:ascii="Arial" w:hAnsi="Arial" w:cs="Arial"/>
              </w:rPr>
              <w:t>Conference Usher</w:t>
            </w:r>
          </w:p>
          <w:p w14:paraId="5263E9B0" w14:textId="6BCE6BB9" w:rsidR="00F326AD" w:rsidRPr="002773AB" w:rsidRDefault="00F326AD" w:rsidP="00F326AD">
            <w:pPr>
              <w:pStyle w:val="SmallText"/>
              <w:jc w:val="center"/>
              <w:rPr>
                <w:rFonts w:ascii="Arial" w:hAnsi="Arial" w:cs="Arial"/>
              </w:rPr>
            </w:pPr>
            <w:r w:rsidRPr="002773AB">
              <w:rPr>
                <w:rFonts w:ascii="Arial" w:hAnsi="Arial" w:cs="Arial"/>
              </w:rPr>
              <w:t>Children/Youth</w:t>
            </w:r>
          </w:p>
        </w:tc>
        <w:tc>
          <w:tcPr>
            <w:tcW w:w="2520" w:type="dxa"/>
            <w:tcBorders>
              <w:top w:val="single" w:sz="6" w:space="0" w:color="C9CDD3"/>
              <w:left w:val="single" w:sz="6" w:space="0" w:color="C9CDD3"/>
              <w:bottom w:val="single" w:sz="6" w:space="0" w:color="C9CDD3"/>
              <w:right w:val="single" w:sz="6" w:space="0" w:color="C9CDD3"/>
            </w:tcBorders>
            <w:tcMar>
              <w:top w:w="100" w:type="dxa"/>
              <w:left w:w="100" w:type="dxa"/>
              <w:bottom w:w="100" w:type="dxa"/>
              <w:right w:w="100" w:type="dxa"/>
            </w:tcMar>
            <w:vAlign w:val="center"/>
          </w:tcPr>
          <w:p w14:paraId="5C547076" w14:textId="1820B199" w:rsidR="0025372A" w:rsidRPr="002773AB" w:rsidRDefault="002479A1">
            <w:pPr>
              <w:pStyle w:val="SmallText"/>
              <w:jc w:val="center"/>
              <w:rPr>
                <w:rFonts w:ascii="Arial" w:hAnsi="Arial" w:cs="Arial"/>
              </w:rPr>
            </w:pPr>
            <w:r w:rsidRPr="002773AB">
              <w:rPr>
                <w:rFonts w:ascii="Segoe UI Symbol" w:hAnsi="Segoe UI Symbol" w:cs="Segoe UI Symbol"/>
              </w:rPr>
              <w:t>☐</w:t>
            </w:r>
            <w:r w:rsidRPr="002773AB">
              <w:rPr>
                <w:rFonts w:ascii="Arial" w:hAnsi="Arial" w:cs="Arial"/>
              </w:rPr>
              <w:t xml:space="preserve"> </w:t>
            </w:r>
            <w:r w:rsidR="00F326AD" w:rsidRPr="002773AB">
              <w:rPr>
                <w:rFonts w:ascii="Arial" w:hAnsi="Arial" w:cs="Arial"/>
              </w:rPr>
              <w:t>3</w:t>
            </w:r>
            <w:r w:rsidRPr="002773AB">
              <w:rPr>
                <w:rFonts w:ascii="Arial" w:hAnsi="Arial" w:cs="Arial"/>
              </w:rPr>
              <w:t>:</w:t>
            </w:r>
            <w:r w:rsidR="00F326AD" w:rsidRPr="002773AB">
              <w:rPr>
                <w:rFonts w:ascii="Arial" w:hAnsi="Arial" w:cs="Arial"/>
              </w:rPr>
              <w:t>45</w:t>
            </w:r>
            <w:r w:rsidRPr="002773AB">
              <w:rPr>
                <w:rFonts w:ascii="Arial" w:hAnsi="Arial" w:cs="Arial"/>
              </w:rPr>
              <w:t>pm-</w:t>
            </w:r>
            <w:r w:rsidR="00A40258" w:rsidRPr="002773AB">
              <w:rPr>
                <w:rFonts w:ascii="Arial" w:hAnsi="Arial" w:cs="Arial"/>
              </w:rPr>
              <w:t>7</w:t>
            </w:r>
            <w:r w:rsidRPr="002773AB">
              <w:rPr>
                <w:rFonts w:ascii="Arial" w:hAnsi="Arial" w:cs="Arial"/>
              </w:rPr>
              <w:t>:</w:t>
            </w:r>
            <w:r w:rsidR="00A40258" w:rsidRPr="002773AB">
              <w:rPr>
                <w:rFonts w:ascii="Arial" w:hAnsi="Arial" w:cs="Arial"/>
              </w:rPr>
              <w:t>3</w:t>
            </w:r>
            <w:r w:rsidRPr="002773AB">
              <w:rPr>
                <w:rFonts w:ascii="Arial" w:hAnsi="Arial" w:cs="Arial"/>
              </w:rPr>
              <w:t>0pm</w:t>
            </w:r>
            <w:r w:rsidRPr="002773AB">
              <w:rPr>
                <w:rFonts w:ascii="Arial" w:hAnsi="Arial" w:cs="Arial"/>
              </w:rPr>
              <w:br/>
              <w:t>Dinner &amp; evening program</w:t>
            </w:r>
          </w:p>
          <w:p w14:paraId="5E08DF00" w14:textId="776E2A33" w:rsidR="00F326AD" w:rsidRPr="002773AB" w:rsidRDefault="00F326AD">
            <w:pPr>
              <w:pStyle w:val="SmallText"/>
              <w:jc w:val="center"/>
              <w:rPr>
                <w:rFonts w:ascii="Arial" w:hAnsi="Arial" w:cs="Arial"/>
              </w:rPr>
            </w:pPr>
          </w:p>
        </w:tc>
      </w:tr>
      <w:tr w:rsidR="0025372A" w:rsidRPr="002773AB" w14:paraId="711BC35E" w14:textId="77777777">
        <w:trPr>
          <w:jc w:val="center"/>
        </w:trPr>
        <w:tc>
          <w:tcPr>
            <w:tcW w:w="1944" w:type="dxa"/>
            <w:tcBorders>
              <w:top w:val="single" w:sz="6" w:space="0" w:color="C9CDD3"/>
              <w:left w:val="single" w:sz="6" w:space="0" w:color="C9CDD3"/>
              <w:bottom w:val="single" w:sz="6" w:space="0" w:color="C9CDD3"/>
              <w:right w:val="single" w:sz="6" w:space="0" w:color="C9CDD3"/>
            </w:tcBorders>
            <w:shd w:val="clear" w:color="auto" w:fill="EAF3F8"/>
            <w:tcMar>
              <w:top w:w="100" w:type="dxa"/>
              <w:left w:w="100" w:type="dxa"/>
              <w:bottom w:w="100" w:type="dxa"/>
              <w:right w:w="100" w:type="dxa"/>
            </w:tcMar>
            <w:vAlign w:val="center"/>
          </w:tcPr>
          <w:p w14:paraId="1B909FCB" w14:textId="77777777" w:rsidR="0025372A" w:rsidRPr="002773AB" w:rsidRDefault="002479A1">
            <w:pPr>
              <w:pStyle w:val="SmallText"/>
              <w:rPr>
                <w:rFonts w:ascii="Arial" w:hAnsi="Arial" w:cs="Arial"/>
              </w:rPr>
            </w:pPr>
            <w:r w:rsidRPr="002773AB">
              <w:rPr>
                <w:rFonts w:ascii="Arial" w:hAnsi="Arial" w:cs="Arial"/>
                <w:b/>
              </w:rPr>
              <w:t>Saturday 3 October</w:t>
            </w:r>
          </w:p>
        </w:tc>
        <w:tc>
          <w:tcPr>
            <w:tcW w:w="2088" w:type="dxa"/>
            <w:tcBorders>
              <w:top w:val="single" w:sz="6" w:space="0" w:color="C9CDD3"/>
              <w:left w:val="single" w:sz="6" w:space="0" w:color="C9CDD3"/>
              <w:bottom w:val="single" w:sz="6" w:space="0" w:color="C9CDD3"/>
              <w:right w:val="single" w:sz="6" w:space="0" w:color="C9CDD3"/>
            </w:tcBorders>
            <w:tcMar>
              <w:top w:w="100" w:type="dxa"/>
              <w:left w:w="100" w:type="dxa"/>
              <w:bottom w:w="100" w:type="dxa"/>
              <w:right w:w="100" w:type="dxa"/>
            </w:tcMar>
            <w:vAlign w:val="center"/>
          </w:tcPr>
          <w:p w14:paraId="12F2627D" w14:textId="77777777" w:rsidR="0025372A" w:rsidRPr="002773AB" w:rsidRDefault="002479A1">
            <w:pPr>
              <w:pStyle w:val="SmallText"/>
              <w:jc w:val="center"/>
              <w:rPr>
                <w:rFonts w:ascii="Arial" w:hAnsi="Arial" w:cs="Arial"/>
              </w:rPr>
            </w:pPr>
            <w:r w:rsidRPr="002773AB">
              <w:rPr>
                <w:rFonts w:ascii="Segoe UI Symbol" w:hAnsi="Segoe UI Symbol" w:cs="Segoe UI Symbol"/>
              </w:rPr>
              <w:t>☐</w:t>
            </w:r>
            <w:r w:rsidRPr="002773AB">
              <w:rPr>
                <w:rFonts w:ascii="Arial" w:hAnsi="Arial" w:cs="Arial"/>
              </w:rPr>
              <w:t xml:space="preserve"> </w:t>
            </w:r>
            <w:r w:rsidR="00A40258" w:rsidRPr="002773AB">
              <w:rPr>
                <w:rFonts w:ascii="Arial" w:hAnsi="Arial" w:cs="Arial"/>
              </w:rPr>
              <w:t>8</w:t>
            </w:r>
            <w:r w:rsidRPr="002773AB">
              <w:rPr>
                <w:rFonts w:ascii="Arial" w:hAnsi="Arial" w:cs="Arial"/>
              </w:rPr>
              <w:t>:</w:t>
            </w:r>
            <w:r w:rsidR="00A40258" w:rsidRPr="002773AB">
              <w:rPr>
                <w:rFonts w:ascii="Arial" w:hAnsi="Arial" w:cs="Arial"/>
              </w:rPr>
              <w:t>15</w:t>
            </w:r>
            <w:r w:rsidRPr="002773AB">
              <w:rPr>
                <w:rFonts w:ascii="Arial" w:hAnsi="Arial" w:cs="Arial"/>
              </w:rPr>
              <w:t>am-10:00am</w:t>
            </w:r>
          </w:p>
          <w:p w14:paraId="77B922A8" w14:textId="77777777" w:rsidR="00F326AD" w:rsidRPr="002773AB" w:rsidRDefault="00F326AD" w:rsidP="00F326AD">
            <w:pPr>
              <w:pStyle w:val="SmallText"/>
              <w:jc w:val="center"/>
              <w:rPr>
                <w:rFonts w:ascii="Arial" w:hAnsi="Arial" w:cs="Arial"/>
              </w:rPr>
            </w:pPr>
            <w:r w:rsidRPr="002773AB">
              <w:rPr>
                <w:rFonts w:ascii="Arial" w:hAnsi="Arial" w:cs="Arial"/>
              </w:rPr>
              <w:t>Conference Usher</w:t>
            </w:r>
          </w:p>
          <w:p w14:paraId="164EFE19" w14:textId="147391A7" w:rsidR="00F326AD" w:rsidRPr="002773AB" w:rsidRDefault="00F326AD" w:rsidP="00F326AD">
            <w:pPr>
              <w:pStyle w:val="SmallText"/>
              <w:jc w:val="center"/>
              <w:rPr>
                <w:rFonts w:ascii="Arial" w:hAnsi="Arial" w:cs="Arial"/>
              </w:rPr>
            </w:pPr>
            <w:r w:rsidRPr="002773AB">
              <w:rPr>
                <w:rFonts w:ascii="Arial" w:hAnsi="Arial" w:cs="Arial"/>
              </w:rPr>
              <w:t>Children/Youth</w:t>
            </w:r>
          </w:p>
        </w:tc>
        <w:tc>
          <w:tcPr>
            <w:tcW w:w="2088" w:type="dxa"/>
            <w:tcBorders>
              <w:top w:val="single" w:sz="6" w:space="0" w:color="C9CDD3"/>
              <w:left w:val="single" w:sz="6" w:space="0" w:color="C9CDD3"/>
              <w:bottom w:val="single" w:sz="6" w:space="0" w:color="C9CDD3"/>
              <w:right w:val="single" w:sz="6" w:space="0" w:color="C9CDD3"/>
            </w:tcBorders>
            <w:tcMar>
              <w:top w:w="100" w:type="dxa"/>
              <w:left w:w="100" w:type="dxa"/>
              <w:bottom w:w="100" w:type="dxa"/>
              <w:right w:w="100" w:type="dxa"/>
            </w:tcMar>
            <w:vAlign w:val="center"/>
          </w:tcPr>
          <w:p w14:paraId="137C6B62" w14:textId="77777777" w:rsidR="0025372A" w:rsidRPr="002773AB" w:rsidRDefault="002479A1">
            <w:pPr>
              <w:pStyle w:val="SmallText"/>
              <w:jc w:val="center"/>
              <w:rPr>
                <w:rFonts w:ascii="Arial" w:hAnsi="Arial" w:cs="Arial"/>
              </w:rPr>
            </w:pPr>
            <w:r w:rsidRPr="002773AB">
              <w:rPr>
                <w:rFonts w:ascii="Segoe UI Symbol" w:hAnsi="Segoe UI Symbol" w:cs="Segoe UI Symbol"/>
              </w:rPr>
              <w:t>☐</w:t>
            </w:r>
            <w:r w:rsidRPr="002773AB">
              <w:rPr>
                <w:rFonts w:ascii="Arial" w:hAnsi="Arial" w:cs="Arial"/>
              </w:rPr>
              <w:t xml:space="preserve"> 10:00am-1:00pm</w:t>
            </w:r>
          </w:p>
          <w:p w14:paraId="27303A49" w14:textId="77777777" w:rsidR="00F326AD" w:rsidRPr="002773AB" w:rsidRDefault="00F326AD" w:rsidP="00F326AD">
            <w:pPr>
              <w:pStyle w:val="SmallText"/>
              <w:jc w:val="center"/>
              <w:rPr>
                <w:rFonts w:ascii="Arial" w:hAnsi="Arial" w:cs="Arial"/>
              </w:rPr>
            </w:pPr>
            <w:r w:rsidRPr="002773AB">
              <w:rPr>
                <w:rFonts w:ascii="Arial" w:hAnsi="Arial" w:cs="Arial"/>
              </w:rPr>
              <w:t>Conference Usher</w:t>
            </w:r>
          </w:p>
          <w:p w14:paraId="6F76C644" w14:textId="0038D864" w:rsidR="00F326AD" w:rsidRPr="002773AB" w:rsidRDefault="00F326AD" w:rsidP="00F326AD">
            <w:pPr>
              <w:pStyle w:val="SmallText"/>
              <w:jc w:val="center"/>
              <w:rPr>
                <w:rFonts w:ascii="Arial" w:hAnsi="Arial" w:cs="Arial"/>
              </w:rPr>
            </w:pPr>
            <w:r w:rsidRPr="002773AB">
              <w:rPr>
                <w:rFonts w:ascii="Arial" w:hAnsi="Arial" w:cs="Arial"/>
              </w:rPr>
              <w:t>Children/Youth</w:t>
            </w:r>
          </w:p>
        </w:tc>
        <w:tc>
          <w:tcPr>
            <w:tcW w:w="2304" w:type="dxa"/>
            <w:tcBorders>
              <w:top w:val="single" w:sz="6" w:space="0" w:color="C9CDD3"/>
              <w:left w:val="single" w:sz="6" w:space="0" w:color="C9CDD3"/>
              <w:bottom w:val="single" w:sz="6" w:space="0" w:color="C9CDD3"/>
              <w:right w:val="single" w:sz="6" w:space="0" w:color="C9CDD3"/>
            </w:tcBorders>
            <w:tcMar>
              <w:top w:w="100" w:type="dxa"/>
              <w:left w:w="100" w:type="dxa"/>
              <w:bottom w:w="100" w:type="dxa"/>
              <w:right w:w="100" w:type="dxa"/>
            </w:tcMar>
            <w:vAlign w:val="center"/>
          </w:tcPr>
          <w:p w14:paraId="2BC48A6C" w14:textId="77777777" w:rsidR="0025372A" w:rsidRPr="002773AB" w:rsidRDefault="002479A1">
            <w:pPr>
              <w:pStyle w:val="SmallText"/>
              <w:jc w:val="center"/>
              <w:rPr>
                <w:rFonts w:ascii="Arial" w:hAnsi="Arial" w:cs="Arial"/>
              </w:rPr>
            </w:pPr>
            <w:r w:rsidRPr="002773AB">
              <w:rPr>
                <w:rFonts w:ascii="Segoe UI Symbol" w:hAnsi="Segoe UI Symbol" w:cs="Segoe UI Symbol"/>
              </w:rPr>
              <w:t>☐</w:t>
            </w:r>
            <w:r w:rsidRPr="002773AB">
              <w:rPr>
                <w:rFonts w:ascii="Arial" w:hAnsi="Arial" w:cs="Arial"/>
              </w:rPr>
              <w:t xml:space="preserve"> 1:00pm-4:00pm</w:t>
            </w:r>
          </w:p>
          <w:p w14:paraId="2DFF1725" w14:textId="77777777" w:rsidR="00F326AD" w:rsidRPr="002773AB" w:rsidRDefault="00F326AD" w:rsidP="00F326AD">
            <w:pPr>
              <w:pStyle w:val="SmallText"/>
              <w:jc w:val="center"/>
              <w:rPr>
                <w:rFonts w:ascii="Arial" w:hAnsi="Arial" w:cs="Arial"/>
              </w:rPr>
            </w:pPr>
            <w:r w:rsidRPr="002773AB">
              <w:rPr>
                <w:rFonts w:ascii="Arial" w:hAnsi="Arial" w:cs="Arial"/>
              </w:rPr>
              <w:t>Conference Usher</w:t>
            </w:r>
          </w:p>
          <w:p w14:paraId="3AA11FF5" w14:textId="2E27ABFA" w:rsidR="00F326AD" w:rsidRPr="002773AB" w:rsidRDefault="00F326AD" w:rsidP="00F326AD">
            <w:pPr>
              <w:pStyle w:val="SmallText"/>
              <w:jc w:val="center"/>
              <w:rPr>
                <w:rFonts w:ascii="Arial" w:hAnsi="Arial" w:cs="Arial"/>
              </w:rPr>
            </w:pPr>
            <w:r w:rsidRPr="002773AB">
              <w:rPr>
                <w:rFonts w:ascii="Arial" w:hAnsi="Arial" w:cs="Arial"/>
              </w:rPr>
              <w:t>Children/Youth</w:t>
            </w:r>
          </w:p>
        </w:tc>
        <w:tc>
          <w:tcPr>
            <w:tcW w:w="2520" w:type="dxa"/>
            <w:tcBorders>
              <w:top w:val="single" w:sz="6" w:space="0" w:color="C9CDD3"/>
              <w:left w:val="single" w:sz="6" w:space="0" w:color="C9CDD3"/>
              <w:bottom w:val="single" w:sz="6" w:space="0" w:color="C9CDD3"/>
              <w:right w:val="single" w:sz="6" w:space="0" w:color="C9CDD3"/>
            </w:tcBorders>
            <w:tcMar>
              <w:top w:w="100" w:type="dxa"/>
              <w:left w:w="100" w:type="dxa"/>
              <w:bottom w:w="100" w:type="dxa"/>
              <w:right w:w="100" w:type="dxa"/>
            </w:tcMar>
            <w:vAlign w:val="center"/>
          </w:tcPr>
          <w:p w14:paraId="35E1447B" w14:textId="1FF1A08B" w:rsidR="0025372A" w:rsidRPr="002773AB" w:rsidRDefault="002479A1">
            <w:pPr>
              <w:pStyle w:val="SmallText"/>
              <w:jc w:val="center"/>
              <w:rPr>
                <w:rFonts w:ascii="Arial" w:hAnsi="Arial" w:cs="Arial"/>
              </w:rPr>
            </w:pPr>
            <w:r w:rsidRPr="002773AB">
              <w:rPr>
                <w:rFonts w:ascii="Segoe UI Symbol" w:hAnsi="Segoe UI Symbol" w:cs="Segoe UI Symbol"/>
              </w:rPr>
              <w:t>☐</w:t>
            </w:r>
            <w:r w:rsidRPr="002773AB">
              <w:rPr>
                <w:rFonts w:ascii="Arial" w:hAnsi="Arial" w:cs="Arial"/>
              </w:rPr>
              <w:t xml:space="preserve"> </w:t>
            </w:r>
            <w:r w:rsidR="00F326AD" w:rsidRPr="002773AB">
              <w:rPr>
                <w:rFonts w:ascii="Arial" w:hAnsi="Arial" w:cs="Arial"/>
              </w:rPr>
              <w:t>3</w:t>
            </w:r>
            <w:r w:rsidRPr="002773AB">
              <w:rPr>
                <w:rFonts w:ascii="Arial" w:hAnsi="Arial" w:cs="Arial"/>
              </w:rPr>
              <w:t>:</w:t>
            </w:r>
            <w:r w:rsidR="00F326AD" w:rsidRPr="002773AB">
              <w:rPr>
                <w:rFonts w:ascii="Arial" w:hAnsi="Arial" w:cs="Arial"/>
              </w:rPr>
              <w:t>45</w:t>
            </w:r>
            <w:r w:rsidRPr="002773AB">
              <w:rPr>
                <w:rFonts w:ascii="Arial" w:hAnsi="Arial" w:cs="Arial"/>
              </w:rPr>
              <w:t>pm-</w:t>
            </w:r>
            <w:r w:rsidR="00A40258" w:rsidRPr="002773AB">
              <w:rPr>
                <w:rFonts w:ascii="Arial" w:hAnsi="Arial" w:cs="Arial"/>
              </w:rPr>
              <w:t>7</w:t>
            </w:r>
            <w:r w:rsidRPr="002773AB">
              <w:rPr>
                <w:rFonts w:ascii="Arial" w:hAnsi="Arial" w:cs="Arial"/>
              </w:rPr>
              <w:t>:</w:t>
            </w:r>
            <w:r w:rsidR="00A40258" w:rsidRPr="002773AB">
              <w:rPr>
                <w:rFonts w:ascii="Arial" w:hAnsi="Arial" w:cs="Arial"/>
              </w:rPr>
              <w:t>3</w:t>
            </w:r>
            <w:r w:rsidRPr="002773AB">
              <w:rPr>
                <w:rFonts w:ascii="Arial" w:hAnsi="Arial" w:cs="Arial"/>
              </w:rPr>
              <w:t>0pm</w:t>
            </w:r>
            <w:r w:rsidRPr="002773AB">
              <w:rPr>
                <w:rFonts w:ascii="Arial" w:hAnsi="Arial" w:cs="Arial"/>
              </w:rPr>
              <w:br/>
              <w:t>Dinner &amp; evening program</w:t>
            </w:r>
          </w:p>
          <w:p w14:paraId="5253BA37" w14:textId="30A7EE87" w:rsidR="00F326AD" w:rsidRPr="002773AB" w:rsidRDefault="00F326AD">
            <w:pPr>
              <w:pStyle w:val="SmallText"/>
              <w:jc w:val="center"/>
              <w:rPr>
                <w:rFonts w:ascii="Arial" w:hAnsi="Arial" w:cs="Arial"/>
              </w:rPr>
            </w:pPr>
          </w:p>
        </w:tc>
      </w:tr>
      <w:tr w:rsidR="0025372A" w:rsidRPr="002773AB" w14:paraId="3CE009CB" w14:textId="77777777">
        <w:trPr>
          <w:jc w:val="center"/>
        </w:trPr>
        <w:tc>
          <w:tcPr>
            <w:tcW w:w="1944" w:type="dxa"/>
            <w:tcBorders>
              <w:top w:val="single" w:sz="6" w:space="0" w:color="C9CDD3"/>
              <w:left w:val="single" w:sz="6" w:space="0" w:color="C9CDD3"/>
              <w:bottom w:val="single" w:sz="6" w:space="0" w:color="C9CDD3"/>
              <w:right w:val="single" w:sz="6" w:space="0" w:color="C9CDD3"/>
            </w:tcBorders>
            <w:shd w:val="clear" w:color="auto" w:fill="EAF3F8"/>
            <w:tcMar>
              <w:top w:w="100" w:type="dxa"/>
              <w:left w:w="100" w:type="dxa"/>
              <w:bottom w:w="100" w:type="dxa"/>
              <w:right w:w="100" w:type="dxa"/>
            </w:tcMar>
            <w:vAlign w:val="center"/>
          </w:tcPr>
          <w:p w14:paraId="5122E2DC" w14:textId="77777777" w:rsidR="0025372A" w:rsidRPr="002773AB" w:rsidRDefault="002479A1">
            <w:pPr>
              <w:pStyle w:val="SmallText"/>
              <w:rPr>
                <w:rFonts w:ascii="Arial" w:hAnsi="Arial" w:cs="Arial"/>
              </w:rPr>
            </w:pPr>
            <w:r w:rsidRPr="002773AB">
              <w:rPr>
                <w:rFonts w:ascii="Arial" w:hAnsi="Arial" w:cs="Arial"/>
                <w:b/>
              </w:rPr>
              <w:t>Sunday 4 October</w:t>
            </w:r>
          </w:p>
        </w:tc>
        <w:tc>
          <w:tcPr>
            <w:tcW w:w="2088" w:type="dxa"/>
            <w:tcBorders>
              <w:top w:val="single" w:sz="6" w:space="0" w:color="C9CDD3"/>
              <w:left w:val="single" w:sz="6" w:space="0" w:color="C9CDD3"/>
              <w:bottom w:val="single" w:sz="6" w:space="0" w:color="C9CDD3"/>
              <w:right w:val="single" w:sz="6" w:space="0" w:color="C9CDD3"/>
            </w:tcBorders>
            <w:tcMar>
              <w:top w:w="100" w:type="dxa"/>
              <w:left w:w="100" w:type="dxa"/>
              <w:bottom w:w="100" w:type="dxa"/>
              <w:right w:w="100" w:type="dxa"/>
            </w:tcMar>
            <w:vAlign w:val="center"/>
          </w:tcPr>
          <w:p w14:paraId="4265F98C" w14:textId="40632568" w:rsidR="0025372A" w:rsidRPr="002773AB" w:rsidRDefault="002479A1">
            <w:pPr>
              <w:pStyle w:val="SmallText"/>
              <w:jc w:val="center"/>
              <w:rPr>
                <w:rFonts w:ascii="Arial" w:hAnsi="Arial" w:cs="Arial"/>
              </w:rPr>
            </w:pPr>
            <w:r w:rsidRPr="002773AB">
              <w:rPr>
                <w:rFonts w:ascii="Segoe UI Symbol" w:hAnsi="Segoe UI Symbol" w:cs="Segoe UI Symbol"/>
              </w:rPr>
              <w:t>☐</w:t>
            </w:r>
            <w:r w:rsidRPr="002773AB">
              <w:rPr>
                <w:rFonts w:ascii="Arial" w:hAnsi="Arial" w:cs="Arial"/>
              </w:rPr>
              <w:t xml:space="preserve"> </w:t>
            </w:r>
            <w:r w:rsidR="00BB1596" w:rsidRPr="002773AB">
              <w:rPr>
                <w:rFonts w:ascii="Arial" w:hAnsi="Arial" w:cs="Arial"/>
              </w:rPr>
              <w:t>8</w:t>
            </w:r>
            <w:r w:rsidRPr="002773AB">
              <w:rPr>
                <w:rFonts w:ascii="Arial" w:hAnsi="Arial" w:cs="Arial"/>
              </w:rPr>
              <w:t>:</w:t>
            </w:r>
            <w:r w:rsidR="00BB1596" w:rsidRPr="002773AB">
              <w:rPr>
                <w:rFonts w:ascii="Arial" w:hAnsi="Arial" w:cs="Arial"/>
              </w:rPr>
              <w:t>3</w:t>
            </w:r>
            <w:r w:rsidRPr="002773AB">
              <w:rPr>
                <w:rFonts w:ascii="Arial" w:hAnsi="Arial" w:cs="Arial"/>
              </w:rPr>
              <w:t>0am-10:00am</w:t>
            </w:r>
            <w:r w:rsidRPr="002773AB">
              <w:rPr>
                <w:rFonts w:ascii="Arial" w:hAnsi="Arial" w:cs="Arial"/>
              </w:rPr>
              <w:br/>
              <w:t>Worship service</w:t>
            </w:r>
          </w:p>
        </w:tc>
        <w:tc>
          <w:tcPr>
            <w:tcW w:w="2088" w:type="dxa"/>
            <w:tcBorders>
              <w:top w:val="single" w:sz="6" w:space="0" w:color="C9CDD3"/>
              <w:left w:val="single" w:sz="6" w:space="0" w:color="C9CDD3"/>
              <w:bottom w:val="single" w:sz="6" w:space="0" w:color="C9CDD3"/>
              <w:right w:val="single" w:sz="6" w:space="0" w:color="C9CDD3"/>
            </w:tcBorders>
            <w:tcMar>
              <w:top w:w="100" w:type="dxa"/>
              <w:left w:w="100" w:type="dxa"/>
              <w:bottom w:w="100" w:type="dxa"/>
              <w:right w:w="100" w:type="dxa"/>
            </w:tcMar>
            <w:vAlign w:val="center"/>
          </w:tcPr>
          <w:p w14:paraId="5D2351B7" w14:textId="77777777" w:rsidR="0025372A" w:rsidRPr="002773AB" w:rsidRDefault="002479A1">
            <w:pPr>
              <w:pStyle w:val="SmallText"/>
              <w:jc w:val="center"/>
              <w:rPr>
                <w:rFonts w:ascii="Arial" w:hAnsi="Arial" w:cs="Arial"/>
              </w:rPr>
            </w:pPr>
            <w:r w:rsidRPr="002773AB">
              <w:rPr>
                <w:rFonts w:ascii="Segoe UI Symbol" w:hAnsi="Segoe UI Symbol" w:cs="Segoe UI Symbol"/>
              </w:rPr>
              <w:t>☐</w:t>
            </w:r>
            <w:r w:rsidRPr="002773AB">
              <w:rPr>
                <w:rFonts w:ascii="Arial" w:hAnsi="Arial" w:cs="Arial"/>
              </w:rPr>
              <w:t xml:space="preserve"> 10:00am-1:00pm</w:t>
            </w:r>
            <w:r w:rsidRPr="002773AB">
              <w:rPr>
                <w:rFonts w:ascii="Arial" w:hAnsi="Arial" w:cs="Arial"/>
              </w:rPr>
              <w:br/>
              <w:t>Check-out &amp; departures</w:t>
            </w:r>
          </w:p>
        </w:tc>
        <w:tc>
          <w:tcPr>
            <w:tcW w:w="2304" w:type="dxa"/>
            <w:tcBorders>
              <w:top w:val="single" w:sz="6" w:space="0" w:color="C9CDD3"/>
              <w:left w:val="single" w:sz="6" w:space="0" w:color="C9CDD3"/>
              <w:bottom w:val="single" w:sz="6" w:space="0" w:color="C9CDD3"/>
              <w:right w:val="single" w:sz="6" w:space="0" w:color="C9CDD3"/>
            </w:tcBorders>
            <w:tcMar>
              <w:top w:w="100" w:type="dxa"/>
              <w:left w:w="100" w:type="dxa"/>
              <w:bottom w:w="100" w:type="dxa"/>
              <w:right w:w="100" w:type="dxa"/>
            </w:tcMar>
            <w:vAlign w:val="center"/>
          </w:tcPr>
          <w:p w14:paraId="2F02BBDD" w14:textId="77777777" w:rsidR="0025372A" w:rsidRPr="002773AB" w:rsidRDefault="002479A1">
            <w:pPr>
              <w:pStyle w:val="SmallText"/>
              <w:jc w:val="center"/>
              <w:rPr>
                <w:rFonts w:ascii="Arial" w:hAnsi="Arial" w:cs="Arial"/>
              </w:rPr>
            </w:pPr>
            <w:r w:rsidRPr="002773AB">
              <w:rPr>
                <w:rFonts w:ascii="Segoe UI Symbol" w:hAnsi="Segoe UI Symbol" w:cs="Segoe UI Symbol"/>
              </w:rPr>
              <w:t>☐</w:t>
            </w:r>
            <w:r w:rsidRPr="002773AB">
              <w:rPr>
                <w:rFonts w:ascii="Arial" w:hAnsi="Arial" w:cs="Arial"/>
              </w:rPr>
              <w:t xml:space="preserve"> 1:00pm-5:00pm</w:t>
            </w:r>
            <w:r w:rsidRPr="002773AB">
              <w:rPr>
                <w:rFonts w:ascii="Arial" w:hAnsi="Arial" w:cs="Arial"/>
              </w:rPr>
              <w:br/>
              <w:t>Airport transfers</w:t>
            </w:r>
          </w:p>
        </w:tc>
        <w:tc>
          <w:tcPr>
            <w:tcW w:w="2520" w:type="dxa"/>
            <w:tcBorders>
              <w:top w:val="single" w:sz="6" w:space="0" w:color="C9CDD3"/>
              <w:left w:val="single" w:sz="6" w:space="0" w:color="C9CDD3"/>
              <w:bottom w:val="single" w:sz="6" w:space="0" w:color="C9CDD3"/>
              <w:right w:val="single" w:sz="6" w:space="0" w:color="C9CDD3"/>
            </w:tcBorders>
            <w:tcMar>
              <w:top w:w="100" w:type="dxa"/>
              <w:left w:w="100" w:type="dxa"/>
              <w:bottom w:w="100" w:type="dxa"/>
              <w:right w:w="100" w:type="dxa"/>
            </w:tcMar>
            <w:vAlign w:val="center"/>
          </w:tcPr>
          <w:p w14:paraId="16EDD3B8" w14:textId="77777777" w:rsidR="0025372A" w:rsidRPr="002773AB" w:rsidRDefault="002479A1">
            <w:pPr>
              <w:pStyle w:val="SmallText"/>
              <w:jc w:val="center"/>
              <w:rPr>
                <w:rFonts w:ascii="Arial" w:hAnsi="Arial" w:cs="Arial"/>
              </w:rPr>
            </w:pPr>
            <w:r w:rsidRPr="002773AB">
              <w:rPr>
                <w:rFonts w:ascii="Arial" w:hAnsi="Arial" w:cs="Arial"/>
              </w:rPr>
              <w:t>N/A</w:t>
            </w:r>
          </w:p>
        </w:tc>
      </w:tr>
    </w:tbl>
    <w:p w14:paraId="79E48350" w14:textId="15F46CF6" w:rsidR="0025372A" w:rsidRPr="002773AB" w:rsidRDefault="002479A1">
      <w:pPr>
        <w:pStyle w:val="BodyText0"/>
        <w:rPr>
          <w:rFonts w:ascii="Arial" w:hAnsi="Arial" w:cs="Arial"/>
        </w:rPr>
      </w:pPr>
      <w:r w:rsidRPr="002773AB">
        <w:rPr>
          <w:rFonts w:ascii="Arial" w:hAnsi="Arial" w:cs="Arial"/>
          <w:b/>
        </w:rPr>
        <w:lastRenderedPageBreak/>
        <w:t xml:space="preserve">Preferred </w:t>
      </w:r>
      <w:r w:rsidR="007035E4" w:rsidRPr="002773AB">
        <w:rPr>
          <w:rFonts w:ascii="Arial" w:hAnsi="Arial" w:cs="Arial"/>
          <w:b/>
        </w:rPr>
        <w:t>commitment (total)</w:t>
      </w:r>
      <w:r w:rsidRPr="002773AB">
        <w:rPr>
          <w:rFonts w:ascii="Arial" w:hAnsi="Arial" w:cs="Arial"/>
          <w:b/>
        </w:rPr>
        <w:t xml:space="preserve">: </w:t>
      </w:r>
      <w:r w:rsidRPr="002773AB">
        <w:rPr>
          <w:rFonts w:ascii="Segoe UI Symbol" w:hAnsi="Segoe UI Symbol" w:cs="Segoe UI Symbol"/>
        </w:rPr>
        <w:t>☐</w:t>
      </w:r>
      <w:r w:rsidRPr="002773AB">
        <w:rPr>
          <w:rFonts w:ascii="Arial" w:hAnsi="Arial" w:cs="Arial"/>
        </w:rPr>
        <w:t xml:space="preserve"> 2-4 hours   </w:t>
      </w:r>
      <w:r w:rsidRPr="002773AB">
        <w:rPr>
          <w:rFonts w:ascii="Segoe UI Symbol" w:hAnsi="Segoe UI Symbol" w:cs="Segoe UI Symbol"/>
        </w:rPr>
        <w:t>☐</w:t>
      </w:r>
      <w:r w:rsidRPr="002773AB">
        <w:rPr>
          <w:rFonts w:ascii="Arial" w:hAnsi="Arial" w:cs="Arial"/>
        </w:rPr>
        <w:t xml:space="preserve"> Half day   </w:t>
      </w:r>
      <w:r w:rsidRPr="002773AB">
        <w:rPr>
          <w:rFonts w:ascii="Segoe UI Symbol" w:hAnsi="Segoe UI Symbol" w:cs="Segoe UI Symbol"/>
        </w:rPr>
        <w:t>☐</w:t>
      </w:r>
      <w:r w:rsidRPr="002773AB">
        <w:rPr>
          <w:rFonts w:ascii="Arial" w:hAnsi="Arial" w:cs="Arial"/>
        </w:rPr>
        <w:t xml:space="preserve"> Full day   </w:t>
      </w:r>
      <w:r w:rsidRPr="002773AB">
        <w:rPr>
          <w:rFonts w:ascii="Segoe UI Symbol" w:hAnsi="Segoe UI Symbol" w:cs="Segoe UI Symbol"/>
        </w:rPr>
        <w:t>☐</w:t>
      </w:r>
      <w:r w:rsidRPr="002773AB">
        <w:rPr>
          <w:rFonts w:ascii="Arial" w:hAnsi="Arial" w:cs="Arial"/>
        </w:rPr>
        <w:t xml:space="preserve"> Multiple days   </w:t>
      </w:r>
      <w:r w:rsidRPr="002773AB">
        <w:rPr>
          <w:rFonts w:ascii="Segoe UI Symbol" w:hAnsi="Segoe UI Symbol" w:cs="Segoe UI Symbol"/>
        </w:rPr>
        <w:t>☐</w:t>
      </w:r>
      <w:r w:rsidRPr="002773AB">
        <w:rPr>
          <w:rFonts w:ascii="Arial" w:hAnsi="Arial" w:cs="Arial"/>
        </w:rPr>
        <w:t xml:space="preserve"> Available whenever needed</w:t>
      </w:r>
    </w:p>
    <w:p w14:paraId="6AA90F97" w14:textId="652DD33A" w:rsidR="00B43A94" w:rsidRPr="002773AB" w:rsidRDefault="00B43A94">
      <w:pPr>
        <w:pStyle w:val="BodyText0"/>
        <w:rPr>
          <w:rFonts w:ascii="Arial" w:hAnsi="Arial" w:cs="Arial"/>
        </w:rPr>
      </w:pPr>
      <w:r w:rsidRPr="002773AB">
        <w:rPr>
          <w:rFonts w:ascii="Arial" w:hAnsi="Arial" w:cs="Arial"/>
          <w:b/>
          <w:bCs/>
        </w:rPr>
        <w:t>Availability comments</w:t>
      </w:r>
      <w:r w:rsidRPr="002773AB">
        <w:rPr>
          <w:rFonts w:ascii="Arial" w:hAnsi="Arial" w:cs="Arial"/>
        </w:rPr>
        <w:t xml:space="preserve"> (</w:t>
      </w:r>
      <w:proofErr w:type="spellStart"/>
      <w:r w:rsidRPr="002773AB">
        <w:rPr>
          <w:rFonts w:ascii="Arial" w:hAnsi="Arial" w:cs="Arial"/>
        </w:rPr>
        <w:t>eg</w:t>
      </w:r>
      <w:proofErr w:type="spellEnd"/>
      <w:r w:rsidRPr="002773AB">
        <w:rPr>
          <w:rFonts w:ascii="Arial" w:hAnsi="Arial" w:cs="Arial"/>
        </w:rPr>
        <w:t xml:space="preserve"> only available </w:t>
      </w:r>
      <w:r w:rsidR="004955EE" w:rsidRPr="002773AB">
        <w:rPr>
          <w:rFonts w:ascii="Arial" w:hAnsi="Arial" w:cs="Arial"/>
        </w:rPr>
        <w:t>before 12pm</w:t>
      </w:r>
      <w:r w:rsidR="002C21D9" w:rsidRPr="002773AB">
        <w:rPr>
          <w:rFonts w:ascii="Arial" w:hAnsi="Arial" w:cs="Arial"/>
        </w:rPr>
        <w:t>):</w:t>
      </w:r>
      <w:r w:rsidR="00403AA4" w:rsidRPr="002773AB">
        <w:rPr>
          <w:rFonts w:ascii="Arial" w:hAnsi="Arial" w:cs="Arial"/>
        </w:rPr>
        <w:t xml:space="preserve"> ________________________</w:t>
      </w:r>
      <w:r w:rsidR="007035E4" w:rsidRPr="002773AB">
        <w:rPr>
          <w:rFonts w:ascii="Arial" w:hAnsi="Arial" w:cs="Arial"/>
        </w:rPr>
        <w:t>_____</w:t>
      </w:r>
      <w:r w:rsidR="00403AA4" w:rsidRPr="002773AB">
        <w:rPr>
          <w:rFonts w:ascii="Arial" w:hAnsi="Arial" w:cs="Arial"/>
        </w:rPr>
        <w:t>_____________________________</w:t>
      </w:r>
    </w:p>
    <w:p w14:paraId="4E8E9AB5" w14:textId="77777777" w:rsidR="0025372A" w:rsidRPr="002773AB" w:rsidRDefault="002479A1">
      <w:pPr>
        <w:pStyle w:val="Heading2"/>
        <w:spacing w:line="252" w:lineRule="auto"/>
        <w:rPr>
          <w:rFonts w:ascii="Arial" w:hAnsi="Arial" w:cs="Arial"/>
        </w:rPr>
      </w:pPr>
      <w:r w:rsidRPr="002773AB">
        <w:rPr>
          <w:rFonts w:ascii="Arial" w:hAnsi="Arial" w:cs="Arial"/>
        </w:rPr>
        <w:t xml:space="preserve">3. </w:t>
      </w:r>
      <w:proofErr w:type="gramStart"/>
      <w:r w:rsidRPr="002773AB">
        <w:rPr>
          <w:rFonts w:ascii="Arial" w:hAnsi="Arial" w:cs="Arial"/>
        </w:rPr>
        <w:t>Type of Volunteer</w:t>
      </w:r>
      <w:proofErr w:type="gramEnd"/>
      <w:r w:rsidRPr="002773AB">
        <w:rPr>
          <w:rFonts w:ascii="Arial" w:hAnsi="Arial" w:cs="Arial"/>
        </w:rPr>
        <w:t xml:space="preserve"> Work</w:t>
      </w:r>
    </w:p>
    <w:p w14:paraId="4FD1FB54" w14:textId="77777777" w:rsidR="0025372A" w:rsidRPr="00C44F48" w:rsidRDefault="002479A1">
      <w:pPr>
        <w:pStyle w:val="Intro"/>
        <w:rPr>
          <w:rFonts w:ascii="Arial" w:hAnsi="Arial" w:cs="Arial"/>
          <w:sz w:val="22"/>
          <w:szCs w:val="24"/>
        </w:rPr>
      </w:pPr>
      <w:r w:rsidRPr="00C44F48">
        <w:rPr>
          <w:rFonts w:ascii="Arial" w:hAnsi="Arial" w:cs="Arial"/>
          <w:sz w:val="22"/>
          <w:szCs w:val="24"/>
        </w:rPr>
        <w:t>Please tick the types of duties you would be comfortable undertaking. We will use this information to allocate roles that suit your abilities and preferences.</w:t>
      </w:r>
    </w:p>
    <w:tbl>
      <w:tblPr>
        <w:tblW w:w="0" w:type="auto"/>
        <w:jc w:val="center"/>
        <w:tblLook w:val="04A0" w:firstRow="1" w:lastRow="0" w:firstColumn="1" w:lastColumn="0" w:noHBand="0" w:noVBand="1"/>
      </w:tblPr>
      <w:tblGrid>
        <w:gridCol w:w="5112"/>
        <w:gridCol w:w="5112"/>
      </w:tblGrid>
      <w:tr w:rsidR="0025372A" w:rsidRPr="002773AB" w14:paraId="483CA0F1" w14:textId="77777777" w:rsidTr="002D1FBC">
        <w:trPr>
          <w:jc w:val="center"/>
        </w:trPr>
        <w:tc>
          <w:tcPr>
            <w:tcW w:w="5112" w:type="dxa"/>
            <w:tcBorders>
              <w:top w:val="single" w:sz="6" w:space="0" w:color="D7DEE8"/>
              <w:left w:val="single" w:sz="6" w:space="0" w:color="D7DEE8"/>
              <w:bottom w:val="single" w:sz="6" w:space="0" w:color="D7DEE8"/>
              <w:right w:val="single" w:sz="6" w:space="0" w:color="D7DEE8"/>
            </w:tcBorders>
            <w:shd w:val="clear" w:color="auto" w:fill="F7FAFC"/>
            <w:tcMar>
              <w:top w:w="140" w:type="dxa"/>
              <w:left w:w="140" w:type="dxa"/>
              <w:bottom w:w="140" w:type="dxa"/>
              <w:right w:w="140" w:type="dxa"/>
            </w:tcMar>
          </w:tcPr>
          <w:p w14:paraId="45A39CBB" w14:textId="77777777" w:rsidR="0025372A" w:rsidRPr="002773AB" w:rsidRDefault="002479A1" w:rsidP="002D1FBC">
            <w:pPr>
              <w:pStyle w:val="BodyText0"/>
              <w:rPr>
                <w:rFonts w:ascii="Arial" w:hAnsi="Arial" w:cs="Arial"/>
              </w:rPr>
            </w:pPr>
            <w:r w:rsidRPr="002773AB">
              <w:rPr>
                <w:rFonts w:ascii="Arial" w:hAnsi="Arial" w:cs="Arial"/>
                <w:b/>
                <w:color w:val="1F4E79"/>
              </w:rPr>
              <w:t>Mainly Seated Duties</w:t>
            </w:r>
          </w:p>
          <w:p w14:paraId="30C09C42" w14:textId="77777777" w:rsidR="0025372A" w:rsidRPr="002773AB" w:rsidRDefault="002479A1" w:rsidP="002D1FBC">
            <w:pPr>
              <w:pStyle w:val="SmallText"/>
              <w:rPr>
                <w:rFonts w:ascii="Arial" w:hAnsi="Arial" w:cs="Arial"/>
              </w:rPr>
            </w:pPr>
            <w:r w:rsidRPr="002773AB">
              <w:rPr>
                <w:rFonts w:ascii="Arial" w:hAnsi="Arial" w:cs="Arial"/>
              </w:rPr>
              <w:t>Suitable for volunteers who prefer to be seated most of the time.</w:t>
            </w:r>
          </w:p>
          <w:p w14:paraId="68376026" w14:textId="77777777" w:rsidR="0025372A" w:rsidRPr="002773AB" w:rsidRDefault="002479A1" w:rsidP="002D1FBC">
            <w:pPr>
              <w:pStyle w:val="Checklist"/>
              <w:rPr>
                <w:rFonts w:ascii="Arial" w:hAnsi="Arial" w:cs="Arial"/>
              </w:rPr>
            </w:pPr>
            <w:r w:rsidRPr="002773AB">
              <w:rPr>
                <w:rFonts w:ascii="Segoe UI Symbol" w:hAnsi="Segoe UI Symbol" w:cs="Segoe UI Symbol"/>
              </w:rPr>
              <w:t>☐</w:t>
            </w:r>
            <w:r w:rsidRPr="002773AB">
              <w:rPr>
                <w:rFonts w:ascii="Arial" w:hAnsi="Arial" w:cs="Arial"/>
              </w:rPr>
              <w:t xml:space="preserve"> Assisting with children’s activities</w:t>
            </w:r>
          </w:p>
          <w:p w14:paraId="2F707948" w14:textId="13B9D9CC" w:rsidR="0025372A" w:rsidRPr="002773AB" w:rsidRDefault="002479A1" w:rsidP="002D1FBC">
            <w:pPr>
              <w:pStyle w:val="Checklist"/>
              <w:rPr>
                <w:rFonts w:ascii="Arial" w:hAnsi="Arial" w:cs="Arial"/>
              </w:rPr>
            </w:pPr>
            <w:r w:rsidRPr="002773AB">
              <w:rPr>
                <w:rFonts w:ascii="Segoe UI Symbol" w:hAnsi="Segoe UI Symbol" w:cs="Segoe UI Symbol"/>
              </w:rPr>
              <w:t>☐</w:t>
            </w:r>
            <w:r w:rsidRPr="002773AB">
              <w:rPr>
                <w:rFonts w:ascii="Arial" w:hAnsi="Arial" w:cs="Arial"/>
              </w:rPr>
              <w:t xml:space="preserve"> Supervising</w:t>
            </w:r>
            <w:r w:rsidR="00BA7127" w:rsidRPr="002773AB">
              <w:rPr>
                <w:rFonts w:ascii="Arial" w:hAnsi="Arial" w:cs="Arial"/>
              </w:rPr>
              <w:t xml:space="preserve"> so </w:t>
            </w:r>
            <w:r w:rsidRPr="002773AB">
              <w:rPr>
                <w:rFonts w:ascii="Arial" w:hAnsi="Arial" w:cs="Arial"/>
              </w:rPr>
              <w:t xml:space="preserve">children </w:t>
            </w:r>
            <w:r w:rsidR="00BA7127" w:rsidRPr="002773AB">
              <w:rPr>
                <w:rFonts w:ascii="Arial" w:hAnsi="Arial" w:cs="Arial"/>
              </w:rPr>
              <w:t xml:space="preserve">stay in designated </w:t>
            </w:r>
            <w:r w:rsidRPr="002773AB">
              <w:rPr>
                <w:rFonts w:ascii="Arial" w:hAnsi="Arial" w:cs="Arial"/>
              </w:rPr>
              <w:t>areas</w:t>
            </w:r>
          </w:p>
          <w:p w14:paraId="08E99314" w14:textId="77777777" w:rsidR="0025372A" w:rsidRPr="002773AB" w:rsidRDefault="002479A1" w:rsidP="002D1FBC">
            <w:pPr>
              <w:pStyle w:val="Checklist"/>
              <w:rPr>
                <w:rFonts w:ascii="Arial" w:hAnsi="Arial" w:cs="Arial"/>
              </w:rPr>
            </w:pPr>
            <w:r w:rsidRPr="002773AB">
              <w:rPr>
                <w:rFonts w:ascii="Segoe UI Symbol" w:hAnsi="Segoe UI Symbol" w:cs="Segoe UI Symbol"/>
              </w:rPr>
              <w:t>☐</w:t>
            </w:r>
            <w:r w:rsidRPr="002773AB">
              <w:rPr>
                <w:rFonts w:ascii="Arial" w:hAnsi="Arial" w:cs="Arial"/>
              </w:rPr>
              <w:t xml:space="preserve"> Registration desk</w:t>
            </w:r>
          </w:p>
          <w:p w14:paraId="0BE4B091" w14:textId="1082E7DB" w:rsidR="0025372A" w:rsidRPr="002773AB" w:rsidRDefault="0025372A" w:rsidP="002D1FBC">
            <w:pPr>
              <w:pStyle w:val="Checklist"/>
              <w:ind w:left="0"/>
              <w:rPr>
                <w:rFonts w:ascii="Arial" w:hAnsi="Arial" w:cs="Arial"/>
              </w:rPr>
            </w:pPr>
          </w:p>
        </w:tc>
        <w:tc>
          <w:tcPr>
            <w:tcW w:w="5112" w:type="dxa"/>
            <w:tcBorders>
              <w:top w:val="single" w:sz="6" w:space="0" w:color="D7DEE8"/>
              <w:left w:val="single" w:sz="6" w:space="0" w:color="D7DEE8"/>
              <w:bottom w:val="single" w:sz="6" w:space="0" w:color="D7DEE8"/>
              <w:right w:val="single" w:sz="6" w:space="0" w:color="D7DEE8"/>
            </w:tcBorders>
            <w:shd w:val="clear" w:color="auto" w:fill="F7FAFC"/>
            <w:tcMar>
              <w:top w:w="140" w:type="dxa"/>
              <w:left w:w="140" w:type="dxa"/>
              <w:bottom w:w="140" w:type="dxa"/>
              <w:right w:w="140" w:type="dxa"/>
            </w:tcMar>
          </w:tcPr>
          <w:p w14:paraId="5F5659BB" w14:textId="77777777" w:rsidR="0025372A" w:rsidRPr="002773AB" w:rsidRDefault="002479A1" w:rsidP="002D1FBC">
            <w:pPr>
              <w:pStyle w:val="BodyText0"/>
              <w:rPr>
                <w:rFonts w:ascii="Arial" w:hAnsi="Arial" w:cs="Arial"/>
              </w:rPr>
            </w:pPr>
            <w:r w:rsidRPr="002773AB">
              <w:rPr>
                <w:rFonts w:ascii="Arial" w:hAnsi="Arial" w:cs="Arial"/>
                <w:b/>
                <w:color w:val="1F4E79"/>
              </w:rPr>
              <w:t>Standing with Opportunities to Sit</w:t>
            </w:r>
          </w:p>
          <w:p w14:paraId="0EBD3779" w14:textId="77777777" w:rsidR="0025372A" w:rsidRPr="002773AB" w:rsidRDefault="002479A1" w:rsidP="002D1FBC">
            <w:pPr>
              <w:pStyle w:val="SmallText"/>
              <w:rPr>
                <w:rFonts w:ascii="Arial" w:hAnsi="Arial" w:cs="Arial"/>
              </w:rPr>
            </w:pPr>
            <w:r w:rsidRPr="002773AB">
              <w:rPr>
                <w:rFonts w:ascii="Arial" w:hAnsi="Arial" w:cs="Arial"/>
              </w:rPr>
              <w:t>Suitable for volunteers comfortable standing during busy periods and sitting at other times.</w:t>
            </w:r>
          </w:p>
          <w:p w14:paraId="57FA0E66" w14:textId="7FAF7C86" w:rsidR="0025372A" w:rsidRPr="002773AB" w:rsidRDefault="002479A1" w:rsidP="002D1FBC">
            <w:pPr>
              <w:pStyle w:val="Checklist"/>
              <w:rPr>
                <w:rFonts w:ascii="Arial" w:hAnsi="Arial" w:cs="Arial"/>
              </w:rPr>
            </w:pPr>
            <w:r w:rsidRPr="002773AB">
              <w:rPr>
                <w:rFonts w:ascii="Segoe UI Symbol" w:hAnsi="Segoe UI Symbol" w:cs="Segoe UI Symbol"/>
              </w:rPr>
              <w:t>☐</w:t>
            </w:r>
            <w:r w:rsidRPr="002773AB">
              <w:rPr>
                <w:rFonts w:ascii="Arial" w:hAnsi="Arial" w:cs="Arial"/>
              </w:rPr>
              <w:t xml:space="preserve"> Ushering at conference sessions</w:t>
            </w:r>
            <w:r w:rsidR="0053086C" w:rsidRPr="002773AB">
              <w:rPr>
                <w:rFonts w:ascii="Arial" w:hAnsi="Arial" w:cs="Arial"/>
              </w:rPr>
              <w:t xml:space="preserve"> / worship</w:t>
            </w:r>
          </w:p>
          <w:p w14:paraId="2F073AC5" w14:textId="77777777" w:rsidR="0025372A" w:rsidRPr="002773AB" w:rsidRDefault="002479A1" w:rsidP="002D1FBC">
            <w:pPr>
              <w:pStyle w:val="Checklist"/>
              <w:rPr>
                <w:rFonts w:ascii="Arial" w:hAnsi="Arial" w:cs="Arial"/>
              </w:rPr>
            </w:pPr>
            <w:r w:rsidRPr="002773AB">
              <w:rPr>
                <w:rFonts w:ascii="Segoe UI Symbol" w:hAnsi="Segoe UI Symbol" w:cs="Segoe UI Symbol"/>
              </w:rPr>
              <w:t>☐</w:t>
            </w:r>
            <w:r w:rsidRPr="002773AB">
              <w:rPr>
                <w:rFonts w:ascii="Arial" w:hAnsi="Arial" w:cs="Arial"/>
              </w:rPr>
              <w:t xml:space="preserve"> Welcoming and directing delegates</w:t>
            </w:r>
          </w:p>
          <w:p w14:paraId="436657A1" w14:textId="4AE54D97" w:rsidR="0025372A" w:rsidRPr="002773AB" w:rsidRDefault="0025372A" w:rsidP="002D1FBC">
            <w:pPr>
              <w:pStyle w:val="Checklist"/>
              <w:rPr>
                <w:rFonts w:ascii="Arial" w:hAnsi="Arial" w:cs="Arial"/>
              </w:rPr>
            </w:pPr>
          </w:p>
        </w:tc>
      </w:tr>
      <w:tr w:rsidR="0025372A" w:rsidRPr="002773AB" w14:paraId="57F2D429" w14:textId="77777777" w:rsidTr="002D1FBC">
        <w:trPr>
          <w:jc w:val="center"/>
        </w:trPr>
        <w:tc>
          <w:tcPr>
            <w:tcW w:w="5112" w:type="dxa"/>
            <w:tcBorders>
              <w:top w:val="single" w:sz="6" w:space="0" w:color="D7DEE8"/>
              <w:left w:val="single" w:sz="6" w:space="0" w:color="D7DEE8"/>
              <w:bottom w:val="single" w:sz="6" w:space="0" w:color="D7DEE8"/>
              <w:right w:val="single" w:sz="6" w:space="0" w:color="D7DEE8"/>
            </w:tcBorders>
            <w:shd w:val="clear" w:color="auto" w:fill="F7FAFC"/>
            <w:tcMar>
              <w:top w:w="140" w:type="dxa"/>
              <w:left w:w="140" w:type="dxa"/>
              <w:bottom w:w="140" w:type="dxa"/>
              <w:right w:w="140" w:type="dxa"/>
            </w:tcMar>
          </w:tcPr>
          <w:p w14:paraId="58F71524" w14:textId="77777777" w:rsidR="0025372A" w:rsidRPr="002773AB" w:rsidRDefault="002479A1" w:rsidP="002D1FBC">
            <w:pPr>
              <w:pStyle w:val="BodyText0"/>
              <w:rPr>
                <w:rFonts w:ascii="Arial" w:hAnsi="Arial" w:cs="Arial"/>
              </w:rPr>
            </w:pPr>
            <w:r w:rsidRPr="002773AB">
              <w:rPr>
                <w:rFonts w:ascii="Arial" w:hAnsi="Arial" w:cs="Arial"/>
                <w:b/>
                <w:color w:val="1F4E79"/>
              </w:rPr>
              <w:t>Mostly Standing Duties</w:t>
            </w:r>
          </w:p>
          <w:p w14:paraId="19F2ECE2" w14:textId="77777777" w:rsidR="0025372A" w:rsidRPr="002773AB" w:rsidRDefault="002479A1" w:rsidP="002D1FBC">
            <w:pPr>
              <w:pStyle w:val="SmallText"/>
              <w:rPr>
                <w:rFonts w:ascii="Arial" w:hAnsi="Arial" w:cs="Arial"/>
              </w:rPr>
            </w:pPr>
            <w:r w:rsidRPr="002773AB">
              <w:rPr>
                <w:rFonts w:ascii="Arial" w:hAnsi="Arial" w:cs="Arial"/>
              </w:rPr>
              <w:t>Suitable for volunteers comfortable being on their feet for extended periods.</w:t>
            </w:r>
          </w:p>
          <w:p w14:paraId="3DE57C12" w14:textId="1C2A2959" w:rsidR="003138B2" w:rsidRPr="002773AB" w:rsidRDefault="003138B2" w:rsidP="002D1FBC">
            <w:pPr>
              <w:pStyle w:val="Checklist"/>
              <w:rPr>
                <w:rFonts w:ascii="Arial" w:hAnsi="Arial" w:cs="Arial"/>
              </w:rPr>
            </w:pPr>
            <w:r w:rsidRPr="002773AB">
              <w:rPr>
                <w:rFonts w:ascii="Segoe UI Symbol" w:hAnsi="Segoe UI Symbol" w:cs="Segoe UI Symbol"/>
              </w:rPr>
              <w:t>☐</w:t>
            </w:r>
            <w:r w:rsidRPr="002773AB">
              <w:rPr>
                <w:rFonts w:ascii="Arial" w:hAnsi="Arial" w:cs="Arial"/>
              </w:rPr>
              <w:t xml:space="preserve"> Arrival and departure support</w:t>
            </w:r>
          </w:p>
          <w:p w14:paraId="177655AC" w14:textId="59249CDE" w:rsidR="0025372A" w:rsidRPr="002773AB" w:rsidRDefault="002479A1" w:rsidP="002D1FBC">
            <w:pPr>
              <w:pStyle w:val="Checklist"/>
              <w:rPr>
                <w:rFonts w:ascii="Arial" w:hAnsi="Arial" w:cs="Arial"/>
              </w:rPr>
            </w:pPr>
            <w:r w:rsidRPr="002773AB">
              <w:rPr>
                <w:rFonts w:ascii="Segoe UI Symbol" w:hAnsi="Segoe UI Symbol" w:cs="Segoe UI Symbol"/>
              </w:rPr>
              <w:t>☐</w:t>
            </w:r>
            <w:r w:rsidRPr="002773AB">
              <w:rPr>
                <w:rFonts w:ascii="Arial" w:hAnsi="Arial" w:cs="Arial"/>
              </w:rPr>
              <w:t xml:space="preserve"> Directing delegates to buses</w:t>
            </w:r>
          </w:p>
          <w:p w14:paraId="31C16A79" w14:textId="77777777" w:rsidR="0025372A" w:rsidRPr="002773AB" w:rsidRDefault="002479A1" w:rsidP="002D1FBC">
            <w:pPr>
              <w:pStyle w:val="Checklist"/>
              <w:rPr>
                <w:rFonts w:ascii="Arial" w:hAnsi="Arial" w:cs="Arial"/>
              </w:rPr>
            </w:pPr>
            <w:r w:rsidRPr="002773AB">
              <w:rPr>
                <w:rFonts w:ascii="Segoe UI Symbol" w:hAnsi="Segoe UI Symbol" w:cs="Segoe UI Symbol"/>
              </w:rPr>
              <w:t>☐</w:t>
            </w:r>
            <w:r w:rsidRPr="002773AB">
              <w:rPr>
                <w:rFonts w:ascii="Arial" w:hAnsi="Arial" w:cs="Arial"/>
              </w:rPr>
              <w:t xml:space="preserve"> Pedestrian crossing assistance</w:t>
            </w:r>
          </w:p>
          <w:p w14:paraId="641E6644" w14:textId="7BF4E3A0" w:rsidR="0025372A" w:rsidRPr="002773AB" w:rsidRDefault="002479A1" w:rsidP="002D1FBC">
            <w:pPr>
              <w:pStyle w:val="Checklist"/>
              <w:rPr>
                <w:rFonts w:ascii="Arial" w:hAnsi="Arial" w:cs="Arial"/>
              </w:rPr>
            </w:pPr>
            <w:r w:rsidRPr="002773AB">
              <w:rPr>
                <w:rFonts w:ascii="Segoe UI Symbol" w:hAnsi="Segoe UI Symbol" w:cs="Segoe UI Symbol"/>
              </w:rPr>
              <w:t>☐</w:t>
            </w:r>
            <w:r w:rsidRPr="002773AB">
              <w:rPr>
                <w:rFonts w:ascii="Arial" w:hAnsi="Arial" w:cs="Arial"/>
              </w:rPr>
              <w:t xml:space="preserve"> Crowd flow management</w:t>
            </w:r>
            <w:r w:rsidR="008F0B1A" w:rsidRPr="002773AB">
              <w:rPr>
                <w:rFonts w:ascii="Arial" w:hAnsi="Arial" w:cs="Arial"/>
              </w:rPr>
              <w:t xml:space="preserve"> (</w:t>
            </w:r>
            <w:r w:rsidR="00F51720" w:rsidRPr="002773AB">
              <w:rPr>
                <w:rFonts w:ascii="Arial" w:hAnsi="Arial" w:cs="Arial"/>
              </w:rPr>
              <w:t>at</w:t>
            </w:r>
            <w:r w:rsidR="008F0B1A" w:rsidRPr="002773AB">
              <w:rPr>
                <w:rFonts w:ascii="Arial" w:hAnsi="Arial" w:cs="Arial"/>
              </w:rPr>
              <w:t xml:space="preserve"> dinner)</w:t>
            </w:r>
          </w:p>
          <w:p w14:paraId="097B0C62" w14:textId="3DC20553" w:rsidR="0025372A" w:rsidRPr="002773AB" w:rsidRDefault="0025372A" w:rsidP="002D1FBC">
            <w:pPr>
              <w:pStyle w:val="Checklist"/>
              <w:rPr>
                <w:rFonts w:ascii="Arial" w:hAnsi="Arial" w:cs="Arial"/>
              </w:rPr>
            </w:pPr>
          </w:p>
        </w:tc>
        <w:tc>
          <w:tcPr>
            <w:tcW w:w="5112" w:type="dxa"/>
            <w:tcBorders>
              <w:top w:val="single" w:sz="6" w:space="0" w:color="D7DEE8"/>
              <w:left w:val="single" w:sz="6" w:space="0" w:color="D7DEE8"/>
              <w:bottom w:val="single" w:sz="6" w:space="0" w:color="D7DEE8"/>
              <w:right w:val="single" w:sz="6" w:space="0" w:color="D7DEE8"/>
            </w:tcBorders>
            <w:shd w:val="clear" w:color="auto" w:fill="F7FAFC"/>
            <w:tcMar>
              <w:top w:w="140" w:type="dxa"/>
              <w:left w:w="140" w:type="dxa"/>
              <w:bottom w:w="140" w:type="dxa"/>
              <w:right w:w="140" w:type="dxa"/>
            </w:tcMar>
          </w:tcPr>
          <w:p w14:paraId="5096B0FD" w14:textId="77777777" w:rsidR="0025372A" w:rsidRPr="002773AB" w:rsidRDefault="002479A1" w:rsidP="002D1FBC">
            <w:pPr>
              <w:pStyle w:val="BodyText0"/>
              <w:rPr>
                <w:rFonts w:ascii="Arial" w:hAnsi="Arial" w:cs="Arial"/>
              </w:rPr>
            </w:pPr>
            <w:r w:rsidRPr="002773AB">
              <w:rPr>
                <w:rFonts w:ascii="Arial" w:hAnsi="Arial" w:cs="Arial"/>
                <w:b/>
                <w:color w:val="1F4E79"/>
              </w:rPr>
              <w:t>More Physical Duties</w:t>
            </w:r>
          </w:p>
          <w:p w14:paraId="4010CC40" w14:textId="7BED377E" w:rsidR="0025372A" w:rsidRPr="002773AB" w:rsidRDefault="002479A1" w:rsidP="002D1FBC">
            <w:pPr>
              <w:pStyle w:val="SmallText"/>
              <w:rPr>
                <w:rFonts w:ascii="Arial" w:hAnsi="Arial" w:cs="Arial"/>
              </w:rPr>
            </w:pPr>
            <w:r w:rsidRPr="002773AB">
              <w:rPr>
                <w:rFonts w:ascii="Arial" w:hAnsi="Arial" w:cs="Arial"/>
              </w:rPr>
              <w:t xml:space="preserve">Suitable for </w:t>
            </w:r>
            <w:proofErr w:type="gramStart"/>
            <w:r w:rsidRPr="002773AB">
              <w:rPr>
                <w:rFonts w:ascii="Arial" w:hAnsi="Arial" w:cs="Arial"/>
              </w:rPr>
              <w:t>volunteers</w:t>
            </w:r>
            <w:proofErr w:type="gramEnd"/>
            <w:r w:rsidRPr="002773AB">
              <w:rPr>
                <w:rFonts w:ascii="Arial" w:hAnsi="Arial" w:cs="Arial"/>
              </w:rPr>
              <w:t xml:space="preserve"> comfortable with moving equipment and luggage.</w:t>
            </w:r>
          </w:p>
          <w:p w14:paraId="5F789421" w14:textId="77777777" w:rsidR="0025372A" w:rsidRPr="002773AB" w:rsidRDefault="002479A1" w:rsidP="002D1FBC">
            <w:pPr>
              <w:pStyle w:val="Checklist"/>
              <w:rPr>
                <w:rFonts w:ascii="Arial" w:hAnsi="Arial" w:cs="Arial"/>
              </w:rPr>
            </w:pPr>
            <w:r w:rsidRPr="002773AB">
              <w:rPr>
                <w:rFonts w:ascii="Segoe UI Symbol" w:hAnsi="Segoe UI Symbol" w:cs="Segoe UI Symbol"/>
              </w:rPr>
              <w:t>☐</w:t>
            </w:r>
            <w:r w:rsidRPr="002773AB">
              <w:rPr>
                <w:rFonts w:ascii="Arial" w:hAnsi="Arial" w:cs="Arial"/>
              </w:rPr>
              <w:t xml:space="preserve"> Assisting with luggage</w:t>
            </w:r>
          </w:p>
          <w:p w14:paraId="75BC681B" w14:textId="56F1A2E3" w:rsidR="0025372A" w:rsidRPr="002773AB" w:rsidRDefault="002479A1" w:rsidP="002D1FBC">
            <w:pPr>
              <w:pStyle w:val="Checklist"/>
              <w:rPr>
                <w:rFonts w:ascii="Arial" w:hAnsi="Arial" w:cs="Arial"/>
              </w:rPr>
            </w:pPr>
            <w:r w:rsidRPr="002773AB">
              <w:rPr>
                <w:rFonts w:ascii="Segoe UI Symbol" w:hAnsi="Segoe UI Symbol" w:cs="Segoe UI Symbol"/>
              </w:rPr>
              <w:t>☐</w:t>
            </w:r>
            <w:r w:rsidRPr="002773AB">
              <w:rPr>
                <w:rFonts w:ascii="Arial" w:hAnsi="Arial" w:cs="Arial"/>
              </w:rPr>
              <w:t xml:space="preserve"> </w:t>
            </w:r>
            <w:r w:rsidR="007C594E" w:rsidRPr="002773AB">
              <w:rPr>
                <w:rFonts w:ascii="Arial" w:hAnsi="Arial" w:cs="Arial"/>
              </w:rPr>
              <w:t xml:space="preserve">Set-up / </w:t>
            </w:r>
            <w:r w:rsidRPr="002773AB">
              <w:rPr>
                <w:rFonts w:ascii="Arial" w:hAnsi="Arial" w:cs="Arial"/>
              </w:rPr>
              <w:t>Pack-down and logistics support</w:t>
            </w:r>
          </w:p>
        </w:tc>
      </w:tr>
    </w:tbl>
    <w:p w14:paraId="19C2141F" w14:textId="77777777" w:rsidR="0025372A" w:rsidRPr="002773AB" w:rsidRDefault="002479A1">
      <w:pPr>
        <w:pStyle w:val="Heading2"/>
        <w:spacing w:line="252" w:lineRule="auto"/>
        <w:rPr>
          <w:rFonts w:ascii="Arial" w:hAnsi="Arial" w:cs="Arial"/>
        </w:rPr>
      </w:pPr>
      <w:r w:rsidRPr="002773AB">
        <w:rPr>
          <w:rFonts w:ascii="Arial" w:hAnsi="Arial" w:cs="Arial"/>
        </w:rPr>
        <w:t>4. Children and Youth Support</w:t>
      </w:r>
    </w:p>
    <w:p w14:paraId="458A99F7" w14:textId="460464B1" w:rsidR="0025372A" w:rsidRPr="00C44F48" w:rsidRDefault="002479A1">
      <w:pPr>
        <w:pStyle w:val="Intro"/>
        <w:rPr>
          <w:rFonts w:ascii="Arial" w:hAnsi="Arial" w:cs="Arial"/>
          <w:sz w:val="22"/>
          <w:szCs w:val="24"/>
        </w:rPr>
      </w:pPr>
      <w:r w:rsidRPr="00C44F48">
        <w:rPr>
          <w:rFonts w:ascii="Arial" w:hAnsi="Arial" w:cs="Arial"/>
          <w:sz w:val="22"/>
          <w:szCs w:val="24"/>
        </w:rPr>
        <w:t xml:space="preserve">Some roles will involve children and </w:t>
      </w:r>
      <w:r w:rsidR="00591230" w:rsidRPr="00C44F48">
        <w:rPr>
          <w:rFonts w:ascii="Arial" w:hAnsi="Arial" w:cs="Arial"/>
          <w:sz w:val="22"/>
          <w:szCs w:val="24"/>
        </w:rPr>
        <w:t>youth, t</w:t>
      </w:r>
      <w:r w:rsidRPr="00C44F48">
        <w:rPr>
          <w:rFonts w:ascii="Arial" w:hAnsi="Arial" w:cs="Arial"/>
          <w:sz w:val="22"/>
          <w:szCs w:val="24"/>
        </w:rPr>
        <w:t xml:space="preserve">hese roles </w:t>
      </w:r>
      <w:r w:rsidR="004C5890" w:rsidRPr="00C44F48">
        <w:rPr>
          <w:rFonts w:ascii="Arial" w:hAnsi="Arial" w:cs="Arial"/>
          <w:sz w:val="22"/>
          <w:szCs w:val="24"/>
        </w:rPr>
        <w:t>will require a</w:t>
      </w:r>
      <w:r w:rsidRPr="00C44F48">
        <w:rPr>
          <w:rFonts w:ascii="Arial" w:hAnsi="Arial" w:cs="Arial"/>
          <w:sz w:val="22"/>
          <w:szCs w:val="24"/>
        </w:rPr>
        <w:t xml:space="preserve"> Working </w:t>
      </w:r>
      <w:proofErr w:type="gramStart"/>
      <w:r w:rsidRPr="00C44F48">
        <w:rPr>
          <w:rFonts w:ascii="Arial" w:hAnsi="Arial" w:cs="Arial"/>
          <w:sz w:val="22"/>
          <w:szCs w:val="24"/>
        </w:rPr>
        <w:t>With</w:t>
      </w:r>
      <w:proofErr w:type="gramEnd"/>
      <w:r w:rsidRPr="00C44F48">
        <w:rPr>
          <w:rFonts w:ascii="Arial" w:hAnsi="Arial" w:cs="Arial"/>
          <w:sz w:val="22"/>
          <w:szCs w:val="24"/>
        </w:rPr>
        <w:t xml:space="preserve"> Children Check</w:t>
      </w:r>
      <w:r w:rsidR="00753E3D" w:rsidRPr="00C44F48">
        <w:rPr>
          <w:rFonts w:ascii="Arial" w:hAnsi="Arial" w:cs="Arial"/>
          <w:sz w:val="22"/>
          <w:szCs w:val="24"/>
        </w:rPr>
        <w:t xml:space="preserve"> (WWCC)</w:t>
      </w:r>
      <w:r w:rsidRPr="00C44F48">
        <w:rPr>
          <w:rFonts w:ascii="Arial" w:hAnsi="Arial" w:cs="Arial"/>
          <w:sz w:val="22"/>
          <w:szCs w:val="24"/>
        </w:rPr>
        <w:t>.</w:t>
      </w:r>
    </w:p>
    <w:tbl>
      <w:tblPr>
        <w:tblW w:w="0" w:type="auto"/>
        <w:jc w:val="center"/>
        <w:tblLook w:val="04A0" w:firstRow="1" w:lastRow="0" w:firstColumn="1" w:lastColumn="0" w:noHBand="0" w:noVBand="1"/>
      </w:tblPr>
      <w:tblGrid>
        <w:gridCol w:w="6038"/>
        <w:gridCol w:w="4314"/>
      </w:tblGrid>
      <w:tr w:rsidR="0025372A" w:rsidRPr="002773AB" w14:paraId="442D8AE1" w14:textId="77777777">
        <w:trPr>
          <w:jc w:val="center"/>
        </w:trPr>
        <w:tc>
          <w:tcPr>
            <w:tcW w:w="6048" w:type="dxa"/>
            <w:tcBorders>
              <w:top w:val="single" w:sz="6" w:space="0" w:color="C9CDD3"/>
              <w:left w:val="single" w:sz="6" w:space="0" w:color="C9CDD3"/>
              <w:bottom w:val="single" w:sz="6" w:space="0" w:color="C9CDD3"/>
              <w:right w:val="single" w:sz="6" w:space="0" w:color="C9CDD3"/>
            </w:tcBorders>
            <w:shd w:val="clear" w:color="auto" w:fill="EAF3F8"/>
            <w:tcMar>
              <w:top w:w="100" w:type="dxa"/>
              <w:left w:w="100" w:type="dxa"/>
              <w:bottom w:w="100" w:type="dxa"/>
              <w:right w:w="100" w:type="dxa"/>
            </w:tcMar>
            <w:vAlign w:val="center"/>
          </w:tcPr>
          <w:p w14:paraId="646F2F6B" w14:textId="77777777" w:rsidR="0025372A" w:rsidRPr="002773AB" w:rsidRDefault="002479A1">
            <w:pPr>
              <w:pStyle w:val="BodyText0"/>
              <w:rPr>
                <w:rFonts w:ascii="Arial" w:hAnsi="Arial" w:cs="Arial"/>
              </w:rPr>
            </w:pPr>
            <w:r w:rsidRPr="002773AB">
              <w:rPr>
                <w:rFonts w:ascii="Arial" w:hAnsi="Arial" w:cs="Arial"/>
              </w:rPr>
              <w:t xml:space="preserve">Do you currently hold a Working </w:t>
            </w:r>
            <w:proofErr w:type="gramStart"/>
            <w:r w:rsidRPr="002773AB">
              <w:rPr>
                <w:rFonts w:ascii="Arial" w:hAnsi="Arial" w:cs="Arial"/>
              </w:rPr>
              <w:t>With</w:t>
            </w:r>
            <w:proofErr w:type="gramEnd"/>
            <w:r w:rsidRPr="002773AB">
              <w:rPr>
                <w:rFonts w:ascii="Arial" w:hAnsi="Arial" w:cs="Arial"/>
              </w:rPr>
              <w:t xml:space="preserve"> Children Check?</w:t>
            </w:r>
          </w:p>
        </w:tc>
        <w:tc>
          <w:tcPr>
            <w:tcW w:w="4320" w:type="dxa"/>
            <w:tcBorders>
              <w:top w:val="single" w:sz="6" w:space="0" w:color="C9CDD3"/>
              <w:left w:val="single" w:sz="6" w:space="0" w:color="C9CDD3"/>
              <w:bottom w:val="single" w:sz="6" w:space="0" w:color="C9CDD3"/>
              <w:right w:val="single" w:sz="6" w:space="0" w:color="C9CDD3"/>
            </w:tcBorders>
            <w:tcMar>
              <w:top w:w="100" w:type="dxa"/>
              <w:left w:w="100" w:type="dxa"/>
              <w:bottom w:w="100" w:type="dxa"/>
              <w:right w:w="100" w:type="dxa"/>
            </w:tcMar>
            <w:vAlign w:val="center"/>
          </w:tcPr>
          <w:p w14:paraId="187B1050" w14:textId="66B2EF3B" w:rsidR="0025372A" w:rsidRPr="002773AB" w:rsidRDefault="002479A1">
            <w:pPr>
              <w:pStyle w:val="BodyText0"/>
              <w:rPr>
                <w:rFonts w:ascii="Arial" w:hAnsi="Arial" w:cs="Arial"/>
              </w:rPr>
            </w:pPr>
            <w:r w:rsidRPr="002773AB">
              <w:rPr>
                <w:rFonts w:ascii="Segoe UI Symbol" w:hAnsi="Segoe UI Symbol" w:cs="Segoe UI Symbol"/>
              </w:rPr>
              <w:t>☐</w:t>
            </w:r>
            <w:r w:rsidRPr="002773AB">
              <w:rPr>
                <w:rFonts w:ascii="Arial" w:hAnsi="Arial" w:cs="Arial"/>
              </w:rPr>
              <w:t xml:space="preserve"> Yes   </w:t>
            </w:r>
            <w:r w:rsidRPr="002773AB">
              <w:rPr>
                <w:rFonts w:ascii="Segoe UI Symbol" w:hAnsi="Segoe UI Symbol" w:cs="Segoe UI Symbol"/>
              </w:rPr>
              <w:t>☐</w:t>
            </w:r>
            <w:r w:rsidRPr="002773AB">
              <w:rPr>
                <w:rFonts w:ascii="Arial" w:hAnsi="Arial" w:cs="Arial"/>
              </w:rPr>
              <w:t xml:space="preserve"> No</w:t>
            </w:r>
            <w:r w:rsidR="004C5890" w:rsidRPr="002773AB">
              <w:rPr>
                <w:rFonts w:ascii="Arial" w:hAnsi="Arial" w:cs="Arial"/>
              </w:rPr>
              <w:t xml:space="preserve">  </w:t>
            </w:r>
            <w:r w:rsidR="00AF61DD" w:rsidRPr="002773AB">
              <w:rPr>
                <w:rFonts w:ascii="Arial" w:hAnsi="Arial" w:cs="Arial"/>
              </w:rPr>
              <w:t xml:space="preserve">  </w:t>
            </w:r>
            <w:r w:rsidR="004C5890" w:rsidRPr="002773AB">
              <w:rPr>
                <w:rFonts w:ascii="Arial" w:hAnsi="Arial" w:cs="Arial"/>
              </w:rPr>
              <w:t>WWCC Number: _____</w:t>
            </w:r>
            <w:r w:rsidR="00753E3D" w:rsidRPr="002773AB">
              <w:rPr>
                <w:rFonts w:ascii="Arial" w:hAnsi="Arial" w:cs="Arial"/>
              </w:rPr>
              <w:t>__</w:t>
            </w:r>
            <w:r w:rsidR="004C5890" w:rsidRPr="002773AB">
              <w:rPr>
                <w:rFonts w:ascii="Arial" w:hAnsi="Arial" w:cs="Arial"/>
              </w:rPr>
              <w:t>____</w:t>
            </w:r>
          </w:p>
        </w:tc>
      </w:tr>
    </w:tbl>
    <w:p w14:paraId="58306143" w14:textId="75813527" w:rsidR="0025372A" w:rsidRPr="002773AB" w:rsidRDefault="00DE5E22" w:rsidP="00DE5E22">
      <w:pPr>
        <w:pStyle w:val="Heading2"/>
        <w:spacing w:line="252" w:lineRule="auto"/>
        <w:rPr>
          <w:rFonts w:ascii="Arial" w:hAnsi="Arial" w:cs="Arial"/>
        </w:rPr>
      </w:pPr>
      <w:r w:rsidRPr="002773AB">
        <w:rPr>
          <w:rFonts w:ascii="Arial" w:hAnsi="Arial" w:cs="Arial"/>
        </w:rPr>
        <w:t>5</w:t>
      </w:r>
      <w:r w:rsidR="002479A1" w:rsidRPr="002773AB">
        <w:rPr>
          <w:rFonts w:ascii="Arial" w:hAnsi="Arial" w:cs="Arial"/>
        </w:rPr>
        <w:t>. Additional Comments</w:t>
      </w:r>
    </w:p>
    <w:p w14:paraId="5310363C" w14:textId="77777777" w:rsidR="0025372A" w:rsidRPr="002773AB" w:rsidRDefault="002479A1">
      <w:pPr>
        <w:pStyle w:val="BodyText0"/>
        <w:rPr>
          <w:rFonts w:ascii="Arial" w:hAnsi="Arial" w:cs="Arial"/>
        </w:rPr>
      </w:pPr>
      <w:r w:rsidRPr="002773AB">
        <w:rPr>
          <w:rFonts w:ascii="Arial" w:hAnsi="Arial" w:cs="Arial"/>
          <w:b/>
        </w:rPr>
        <w:t>Dietary requirements:</w:t>
      </w:r>
      <w:r w:rsidRPr="002773AB">
        <w:rPr>
          <w:rFonts w:ascii="Arial" w:hAnsi="Arial" w:cs="Arial"/>
        </w:rPr>
        <w:t xml:space="preserve"> ______________________________________________________________________</w:t>
      </w:r>
    </w:p>
    <w:p w14:paraId="2FFD6F0B" w14:textId="77777777" w:rsidR="0025372A" w:rsidRPr="002773AB" w:rsidRDefault="002479A1">
      <w:pPr>
        <w:pStyle w:val="BodyText0"/>
        <w:rPr>
          <w:rFonts w:ascii="Arial" w:hAnsi="Arial" w:cs="Arial"/>
        </w:rPr>
      </w:pPr>
      <w:r w:rsidRPr="002773AB">
        <w:rPr>
          <w:rFonts w:ascii="Arial" w:hAnsi="Arial" w:cs="Arial"/>
        </w:rPr>
        <w:t>____________________________________________________________________________</w:t>
      </w:r>
    </w:p>
    <w:p w14:paraId="2899CB45" w14:textId="02AFEC6A" w:rsidR="0025372A" w:rsidRPr="002773AB" w:rsidRDefault="002479A1">
      <w:pPr>
        <w:pStyle w:val="BodyText0"/>
        <w:rPr>
          <w:rFonts w:ascii="Arial" w:hAnsi="Arial" w:cs="Arial"/>
        </w:rPr>
      </w:pPr>
      <w:r w:rsidRPr="002773AB">
        <w:rPr>
          <w:rFonts w:ascii="Arial" w:hAnsi="Arial" w:cs="Arial"/>
          <w:b/>
        </w:rPr>
        <w:t>Anything else we should know</w:t>
      </w:r>
      <w:r w:rsidR="00C04EB1" w:rsidRPr="002773AB">
        <w:rPr>
          <w:rFonts w:ascii="Arial" w:hAnsi="Arial" w:cs="Arial"/>
          <w:b/>
        </w:rPr>
        <w:t xml:space="preserve"> (</w:t>
      </w:r>
      <w:proofErr w:type="spellStart"/>
      <w:r w:rsidR="00C04EB1" w:rsidRPr="002773AB">
        <w:rPr>
          <w:rFonts w:ascii="Arial" w:hAnsi="Arial" w:cs="Arial"/>
          <w:b/>
        </w:rPr>
        <w:t>eg</w:t>
      </w:r>
      <w:proofErr w:type="spellEnd"/>
      <w:r w:rsidR="00C04EB1" w:rsidRPr="002773AB">
        <w:rPr>
          <w:rFonts w:ascii="Arial" w:hAnsi="Arial" w:cs="Arial"/>
          <w:b/>
        </w:rPr>
        <w:t xml:space="preserve"> physical considerations): </w:t>
      </w:r>
      <w:r w:rsidR="00DE5E22" w:rsidRPr="002773AB">
        <w:rPr>
          <w:rFonts w:ascii="Arial" w:hAnsi="Arial" w:cs="Arial"/>
          <w:b/>
        </w:rPr>
        <w:t>_______</w:t>
      </w:r>
      <w:r w:rsidRPr="002773AB">
        <w:rPr>
          <w:rFonts w:ascii="Arial" w:hAnsi="Arial" w:cs="Arial"/>
        </w:rPr>
        <w:t>_____________________________________________</w:t>
      </w:r>
    </w:p>
    <w:p w14:paraId="7DB4E791" w14:textId="74A40FC5" w:rsidR="0025372A" w:rsidRPr="002773AB" w:rsidRDefault="002479A1" w:rsidP="004C5890">
      <w:pPr>
        <w:pStyle w:val="BodyText0"/>
        <w:rPr>
          <w:rFonts w:ascii="Arial" w:hAnsi="Arial" w:cs="Arial"/>
        </w:rPr>
      </w:pPr>
      <w:r w:rsidRPr="002773AB">
        <w:rPr>
          <w:rFonts w:ascii="Arial" w:hAnsi="Arial" w:cs="Arial"/>
        </w:rPr>
        <w:t>____________________________________________________________________________</w:t>
      </w:r>
    </w:p>
    <w:p w14:paraId="0E271D3B" w14:textId="54D50F01" w:rsidR="00D267A8" w:rsidRPr="002773AB" w:rsidRDefault="00D267A8" w:rsidP="004C5890">
      <w:pPr>
        <w:pStyle w:val="BodyText0"/>
        <w:rPr>
          <w:rFonts w:ascii="Arial" w:hAnsi="Arial" w:cs="Arial"/>
        </w:rPr>
      </w:pPr>
    </w:p>
    <w:p w14:paraId="63E7F5FE" w14:textId="1C3DE78F" w:rsidR="00D267A8" w:rsidRPr="00476377" w:rsidRDefault="00D267A8" w:rsidP="004C5890">
      <w:pPr>
        <w:pStyle w:val="BodyText0"/>
        <w:rPr>
          <w:rFonts w:ascii="Arial" w:hAnsi="Arial" w:cs="Arial"/>
          <w:color w:val="505050"/>
        </w:rPr>
      </w:pPr>
      <w:r w:rsidRPr="00476377">
        <w:rPr>
          <w:rFonts w:ascii="Arial" w:hAnsi="Arial" w:cs="Arial"/>
          <w:b/>
          <w:bCs/>
          <w:sz w:val="28"/>
          <w:szCs w:val="32"/>
        </w:rPr>
        <w:t xml:space="preserve">Please </w:t>
      </w:r>
      <w:r w:rsidR="00C66E0E" w:rsidRPr="00476377">
        <w:rPr>
          <w:rFonts w:ascii="Arial" w:hAnsi="Arial" w:cs="Arial"/>
          <w:b/>
          <w:bCs/>
          <w:sz w:val="28"/>
          <w:szCs w:val="32"/>
        </w:rPr>
        <w:t xml:space="preserve">email the completed </w:t>
      </w:r>
      <w:r w:rsidRPr="00476377">
        <w:rPr>
          <w:rFonts w:ascii="Arial" w:hAnsi="Arial" w:cs="Arial"/>
          <w:b/>
          <w:bCs/>
          <w:sz w:val="28"/>
          <w:szCs w:val="32"/>
        </w:rPr>
        <w:t xml:space="preserve">form </w:t>
      </w:r>
      <w:r w:rsidR="00C66E0E" w:rsidRPr="00476377">
        <w:rPr>
          <w:rFonts w:ascii="Arial" w:hAnsi="Arial" w:cs="Arial"/>
          <w:b/>
          <w:bCs/>
          <w:sz w:val="28"/>
          <w:szCs w:val="32"/>
        </w:rPr>
        <w:t xml:space="preserve">by 1 Sept 2026 </w:t>
      </w:r>
      <w:r w:rsidRPr="00476377">
        <w:rPr>
          <w:rFonts w:ascii="Arial" w:hAnsi="Arial" w:cs="Arial"/>
          <w:b/>
          <w:bCs/>
          <w:sz w:val="28"/>
          <w:szCs w:val="32"/>
        </w:rPr>
        <w:t>to reception@wa.uca.org.au</w:t>
      </w:r>
      <w:r w:rsidRPr="00476377">
        <w:rPr>
          <w:rFonts w:ascii="Arial" w:hAnsi="Arial" w:cs="Arial"/>
          <w:sz w:val="28"/>
          <w:szCs w:val="32"/>
        </w:rPr>
        <w:t xml:space="preserve">  </w:t>
      </w:r>
      <w:r w:rsidR="00C66E0E" w:rsidRPr="002773AB">
        <w:rPr>
          <w:rFonts w:ascii="Arial" w:hAnsi="Arial" w:cs="Arial"/>
          <w:sz w:val="32"/>
          <w:szCs w:val="36"/>
        </w:rPr>
        <w:br/>
      </w:r>
      <w:r w:rsidRPr="00476377">
        <w:rPr>
          <w:rFonts w:ascii="Arial" w:hAnsi="Arial" w:cs="Arial"/>
          <w:color w:val="505050"/>
        </w:rPr>
        <w:t>(Email Subject: Volunteer Fremantle Fijian Conference)</w:t>
      </w:r>
    </w:p>
    <w:p w14:paraId="2DF4651F" w14:textId="77777777" w:rsidR="00D267A8" w:rsidRPr="00476377" w:rsidRDefault="00D267A8" w:rsidP="004C5890">
      <w:pPr>
        <w:pStyle w:val="BodyText0"/>
        <w:rPr>
          <w:rFonts w:ascii="Arial" w:hAnsi="Arial" w:cs="Arial"/>
          <w:color w:val="505050"/>
        </w:rPr>
      </w:pPr>
    </w:p>
    <w:p w14:paraId="66025AE7" w14:textId="5EC3FA99" w:rsidR="00D267A8" w:rsidRPr="00476377" w:rsidRDefault="00D267A8" w:rsidP="004C5890">
      <w:pPr>
        <w:pStyle w:val="BodyText0"/>
        <w:rPr>
          <w:rFonts w:ascii="Arial" w:hAnsi="Arial" w:cs="Arial"/>
          <w:color w:val="505050"/>
        </w:rPr>
      </w:pPr>
      <w:r w:rsidRPr="00476377">
        <w:rPr>
          <w:rFonts w:ascii="Arial" w:hAnsi="Arial" w:cs="Arial"/>
          <w:color w:val="505050"/>
        </w:rPr>
        <w:t xml:space="preserve">If you have any </w:t>
      </w:r>
      <w:r w:rsidR="003253D7" w:rsidRPr="00476377">
        <w:rPr>
          <w:rFonts w:ascii="Arial" w:hAnsi="Arial" w:cs="Arial"/>
          <w:color w:val="505050"/>
        </w:rPr>
        <w:t>questions,</w:t>
      </w:r>
      <w:r w:rsidRPr="00476377">
        <w:rPr>
          <w:rFonts w:ascii="Arial" w:hAnsi="Arial" w:cs="Arial"/>
          <w:color w:val="505050"/>
        </w:rPr>
        <w:t xml:space="preserve"> please contact reception at </w:t>
      </w:r>
      <w:r w:rsidR="000B6282" w:rsidRPr="00476377">
        <w:rPr>
          <w:rFonts w:ascii="Arial" w:hAnsi="Arial" w:cs="Arial"/>
          <w:color w:val="505050"/>
        </w:rPr>
        <w:t xml:space="preserve">(08) 9260 9800 </w:t>
      </w:r>
      <w:r w:rsidR="003253D7" w:rsidRPr="00476377">
        <w:rPr>
          <w:rFonts w:ascii="Arial" w:hAnsi="Arial" w:cs="Arial"/>
          <w:color w:val="505050"/>
        </w:rPr>
        <w:t xml:space="preserve">or reception@wa.uca.org.au  </w:t>
      </w:r>
    </w:p>
    <w:sectPr w:rsidR="00D267A8" w:rsidRPr="00476377" w:rsidSect="003D158B">
      <w:headerReference w:type="default" r:id="rId11"/>
      <w:footerReference w:type="default" r:id="rId12"/>
      <w:headerReference w:type="first" r:id="rId13"/>
      <w:pgSz w:w="12240" w:h="15840"/>
      <w:pgMar w:top="792" w:right="936" w:bottom="792" w:left="93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1FD68" w14:textId="77777777" w:rsidR="002F342A" w:rsidRDefault="002F342A">
      <w:pPr>
        <w:spacing w:after="0" w:line="240" w:lineRule="auto"/>
      </w:pPr>
      <w:r>
        <w:separator/>
      </w:r>
    </w:p>
  </w:endnote>
  <w:endnote w:type="continuationSeparator" w:id="0">
    <w:p w14:paraId="5E260F5A" w14:textId="77777777" w:rsidR="002F342A" w:rsidRDefault="002F3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16539" w14:textId="74CD5198" w:rsidR="0025372A" w:rsidRDefault="00476377">
    <w:pPr>
      <w:pStyle w:val="SmallText"/>
      <w:jc w:val="center"/>
    </w:pPr>
    <w:r>
      <w:t xml:space="preserve">UCA </w:t>
    </w:r>
    <w:r w:rsidR="002479A1">
      <w:t>Fremantle Fijian National Conference 2026 | Volunteer Expression of Interest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B5ACE" w14:textId="77777777" w:rsidR="002F342A" w:rsidRDefault="002F342A">
      <w:pPr>
        <w:spacing w:after="0" w:line="240" w:lineRule="auto"/>
      </w:pPr>
      <w:r>
        <w:separator/>
      </w:r>
    </w:p>
  </w:footnote>
  <w:footnote w:type="continuationSeparator" w:id="0">
    <w:p w14:paraId="5962EA97" w14:textId="77777777" w:rsidR="002F342A" w:rsidRDefault="002F34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532F4" w14:textId="62280A52" w:rsidR="00784CE2" w:rsidRDefault="00CA41FB">
    <w:pPr>
      <w:pStyle w:val="Header"/>
    </w:pPr>
    <w:r>
      <w:rPr>
        <w:noProof/>
      </w:rPr>
      <w:drawing>
        <wp:anchor distT="0" distB="0" distL="114300" distR="114300" simplePos="0" relativeHeight="251660288" behindDoc="0" locked="0" layoutInCell="1" allowOverlap="1" wp14:anchorId="3520E732" wp14:editId="598C14AE">
          <wp:simplePos x="0" y="0"/>
          <wp:positionH relativeFrom="column">
            <wp:posOffset>-861060</wp:posOffset>
          </wp:positionH>
          <wp:positionV relativeFrom="paragraph">
            <wp:posOffset>-457201</wp:posOffset>
          </wp:positionV>
          <wp:extent cx="8146811" cy="390525"/>
          <wp:effectExtent l="0" t="0" r="6985" b="0"/>
          <wp:wrapNone/>
          <wp:docPr id="662581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58140" name="Picture 66258140"/>
                  <pic:cNvPicPr/>
                </pic:nvPicPr>
                <pic:blipFill>
                  <a:blip r:embed="rId1"/>
                  <a:stretch>
                    <a:fillRect/>
                  </a:stretch>
                </pic:blipFill>
                <pic:spPr>
                  <a:xfrm>
                    <a:off x="0" y="0"/>
                    <a:ext cx="8265766" cy="396227"/>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DE7F4" w14:textId="02DA17BF" w:rsidR="003D158B" w:rsidRDefault="00CA41FB">
    <w:pPr>
      <w:pStyle w:val="Header"/>
    </w:pPr>
    <w:r>
      <w:rPr>
        <w:rFonts w:ascii="Arial" w:hAnsi="Arial" w:cs="Arial"/>
        <w:noProof/>
      </w:rPr>
      <w:drawing>
        <wp:anchor distT="0" distB="0" distL="114300" distR="114300" simplePos="0" relativeHeight="251659264" behindDoc="0" locked="0" layoutInCell="1" allowOverlap="1" wp14:anchorId="03CDA793" wp14:editId="1521711F">
          <wp:simplePos x="0" y="0"/>
          <wp:positionH relativeFrom="column">
            <wp:posOffset>-1127760</wp:posOffset>
          </wp:positionH>
          <wp:positionV relativeFrom="paragraph">
            <wp:posOffset>-457200</wp:posOffset>
          </wp:positionV>
          <wp:extent cx="8464736" cy="1285875"/>
          <wp:effectExtent l="0" t="0" r="0" b="0"/>
          <wp:wrapNone/>
          <wp:docPr id="11721729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75175" name="Picture 1"/>
                  <pic:cNvPicPr/>
                </pic:nvPicPr>
                <pic:blipFill>
                  <a:blip r:embed="rId1"/>
                  <a:stretch>
                    <a:fillRect/>
                  </a:stretch>
                </pic:blipFill>
                <pic:spPr>
                  <a:xfrm>
                    <a:off x="0" y="0"/>
                    <a:ext cx="8471369" cy="128688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75094848">
    <w:abstractNumId w:val="8"/>
  </w:num>
  <w:num w:numId="2" w16cid:durableId="188035670">
    <w:abstractNumId w:val="6"/>
  </w:num>
  <w:num w:numId="3" w16cid:durableId="392853752">
    <w:abstractNumId w:val="5"/>
  </w:num>
  <w:num w:numId="4" w16cid:durableId="116802849">
    <w:abstractNumId w:val="4"/>
  </w:num>
  <w:num w:numId="5" w16cid:durableId="140856220">
    <w:abstractNumId w:val="7"/>
  </w:num>
  <w:num w:numId="6" w16cid:durableId="1426419791">
    <w:abstractNumId w:val="3"/>
  </w:num>
  <w:num w:numId="7" w16cid:durableId="494956264">
    <w:abstractNumId w:val="2"/>
  </w:num>
  <w:num w:numId="8" w16cid:durableId="1825778069">
    <w:abstractNumId w:val="1"/>
  </w:num>
  <w:num w:numId="9" w16cid:durableId="1701737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6282"/>
    <w:rsid w:val="0015074B"/>
    <w:rsid w:val="001C67AD"/>
    <w:rsid w:val="002479A1"/>
    <w:rsid w:val="0025372A"/>
    <w:rsid w:val="00273E74"/>
    <w:rsid w:val="002773AB"/>
    <w:rsid w:val="0029639D"/>
    <w:rsid w:val="002C21D9"/>
    <w:rsid w:val="002D1FBC"/>
    <w:rsid w:val="002E4850"/>
    <w:rsid w:val="002F342A"/>
    <w:rsid w:val="003138B2"/>
    <w:rsid w:val="003253D7"/>
    <w:rsid w:val="00326F90"/>
    <w:rsid w:val="003D158B"/>
    <w:rsid w:val="00403AA4"/>
    <w:rsid w:val="0043727D"/>
    <w:rsid w:val="00476377"/>
    <w:rsid w:val="004955EE"/>
    <w:rsid w:val="004C5890"/>
    <w:rsid w:val="005124CB"/>
    <w:rsid w:val="0053086C"/>
    <w:rsid w:val="00591230"/>
    <w:rsid w:val="00612CC8"/>
    <w:rsid w:val="0063333E"/>
    <w:rsid w:val="00701CA2"/>
    <w:rsid w:val="007035E4"/>
    <w:rsid w:val="00753E3D"/>
    <w:rsid w:val="00784CE2"/>
    <w:rsid w:val="007C594E"/>
    <w:rsid w:val="008203EF"/>
    <w:rsid w:val="008F0B1A"/>
    <w:rsid w:val="008F6B3B"/>
    <w:rsid w:val="00A40258"/>
    <w:rsid w:val="00A50E14"/>
    <w:rsid w:val="00A514A0"/>
    <w:rsid w:val="00AA1D8D"/>
    <w:rsid w:val="00AF61DD"/>
    <w:rsid w:val="00B43A94"/>
    <w:rsid w:val="00B47730"/>
    <w:rsid w:val="00B61E3D"/>
    <w:rsid w:val="00B81ADF"/>
    <w:rsid w:val="00BA7127"/>
    <w:rsid w:val="00BB1596"/>
    <w:rsid w:val="00BD096A"/>
    <w:rsid w:val="00C04EB1"/>
    <w:rsid w:val="00C44F48"/>
    <w:rsid w:val="00C66E0E"/>
    <w:rsid w:val="00C9630D"/>
    <w:rsid w:val="00CA41FB"/>
    <w:rsid w:val="00CB0664"/>
    <w:rsid w:val="00D267A8"/>
    <w:rsid w:val="00DE5E22"/>
    <w:rsid w:val="00E62ABC"/>
    <w:rsid w:val="00F326AD"/>
    <w:rsid w:val="00F51720"/>
    <w:rsid w:val="00FC693F"/>
    <w:rsid w:val="00FF2D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00"/>
  <w15:docId w15:val="{AF9B575B-DAD4-45D9-AC28-9F7DBAB98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F4E79"/>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Intro">
    <w:name w:val="Intro"/>
    <w:pPr>
      <w:spacing w:after="120" w:line="252" w:lineRule="auto"/>
    </w:pPr>
    <w:rPr>
      <w:rFonts w:ascii="Aptos" w:hAnsi="Aptos"/>
      <w:color w:val="505050"/>
      <w:sz w:val="20"/>
    </w:rPr>
  </w:style>
  <w:style w:type="paragraph" w:customStyle="1" w:styleId="SmallText">
    <w:name w:val="SmallText"/>
    <w:pPr>
      <w:spacing w:after="40" w:line="240" w:lineRule="auto"/>
    </w:pPr>
    <w:rPr>
      <w:rFonts w:ascii="Aptos" w:hAnsi="Aptos"/>
      <w:color w:val="505050"/>
      <w:sz w:val="17"/>
    </w:rPr>
  </w:style>
  <w:style w:type="paragraph" w:customStyle="1" w:styleId="BodyText0">
    <w:name w:val="BodyText"/>
    <w:pPr>
      <w:spacing w:after="80" w:line="252" w:lineRule="auto"/>
    </w:pPr>
    <w:rPr>
      <w:rFonts w:ascii="Aptos" w:hAnsi="Aptos"/>
      <w:sz w:val="20"/>
    </w:rPr>
  </w:style>
  <w:style w:type="paragraph" w:customStyle="1" w:styleId="Checklist">
    <w:name w:val="Checklist"/>
    <w:pPr>
      <w:spacing w:after="40" w:line="240" w:lineRule="auto"/>
      <w:ind w:left="115"/>
    </w:pPr>
    <w:rPr>
      <w:rFonts w:ascii="Aptos" w:hAnsi="Apto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f9da69d-edc3-447c-9419-a01444360af9" xsi:nil="true"/>
    <lcf76f155ced4ddcb4097134ff3c332f xmlns="8765b910-634f-4fb3-88e7-8593f2f9e9b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8FA53FE7857AB40AC0ED9C370D49CF0" ma:contentTypeVersion="16" ma:contentTypeDescription="Create a new document." ma:contentTypeScope="" ma:versionID="59d4a005a64225ff8fe3e7f6ca56f962">
  <xsd:schema xmlns:xsd="http://www.w3.org/2001/XMLSchema" xmlns:xs="http://www.w3.org/2001/XMLSchema" xmlns:p="http://schemas.microsoft.com/office/2006/metadata/properties" xmlns:ns2="8765b910-634f-4fb3-88e7-8593f2f9e9b0" xmlns:ns3="cf9da69d-edc3-447c-9419-a01444360af9" targetNamespace="http://schemas.microsoft.com/office/2006/metadata/properties" ma:root="true" ma:fieldsID="61d9332720027226c7733ee831b3be89" ns2:_="" ns3:_="">
    <xsd:import namespace="8765b910-634f-4fb3-88e7-8593f2f9e9b0"/>
    <xsd:import namespace="cf9da69d-edc3-447c-9419-a01444360a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5b910-634f-4fb3-88e7-8593f2f9e9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9ede709-64b4-41b5-bcac-4cfd2f00305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9da69d-edc3-447c-9419-a01444360af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c8d84b6-1209-4ae2-b5bd-b16c094d949d}" ma:internalName="TaxCatchAll" ma:showField="CatchAllData" ma:web="cf9da69d-edc3-447c-9419-a01444360af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4D063F-3903-48D2-8CA8-35D1AF897A4F}">
  <ds:schemaRefs>
    <ds:schemaRef ds:uri="http://schemas.microsoft.com/office/2006/metadata/properties"/>
    <ds:schemaRef ds:uri="http://schemas.microsoft.com/office/infopath/2007/PartnerControls"/>
    <ds:schemaRef ds:uri="cf9da69d-edc3-447c-9419-a01444360af9"/>
    <ds:schemaRef ds:uri="8765b910-634f-4fb3-88e7-8593f2f9e9b0"/>
  </ds:schemaRefs>
</ds:datastoreItem>
</file>

<file path=customXml/itemProps2.xml><?xml version="1.0" encoding="utf-8"?>
<ds:datastoreItem xmlns:ds="http://schemas.openxmlformats.org/officeDocument/2006/customXml" ds:itemID="{869F0B75-CAFF-481E-9DAE-BD2DA96AA02C}">
  <ds:schemaRefs>
    <ds:schemaRef ds:uri="http://schemas.microsoft.com/sharepoint/v3/contenttype/forms"/>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3EF9E140-9AA2-42CB-9F97-3A9CE93BE6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5b910-634f-4fb3-88e7-8593f2f9e9b0"/>
    <ds:schemaRef ds:uri="cf9da69d-edc3-447c-9419-a01444360a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581</Words>
  <Characters>3315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FNC 2026 Volunteer Expression of Interest Form</dc:title>
  <dc:subject>Volunteer form for Fremantle Fijian National Conference 2026</dc:subject>
  <dc:creator>David Beards</dc:creator>
  <cp:keywords/>
  <dc:description>generated by python-docx</dc:description>
  <cp:lastModifiedBy>Wendy Hendry</cp:lastModifiedBy>
  <cp:revision>13</cp:revision>
  <dcterms:created xsi:type="dcterms:W3CDTF">2026-08-03T09:07:00Z</dcterms:created>
  <dcterms:modified xsi:type="dcterms:W3CDTF">2026-08-04T02:27:00Z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0x010100E8FA53FE7857AB40AC0ED9C370D49CF0</vt:lpwstr>
  </property>
  <property fmtid="{D5CDD505-2E9C-101B-9397-08002B2CF9AE}" pid="3" name="MediaServiceImageTags">
    <vt:lpwstr/>
  </property>
</Properties>
</file>